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3EC20" w14:textId="1088EC78" w:rsidR="00B7318F" w:rsidRPr="00CA5C39" w:rsidRDefault="00000000" w:rsidP="00CA5C39">
      <w:pPr>
        <w:pStyle w:val="Bezodstpw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A5C39">
        <w:rPr>
          <w:rFonts w:ascii="Times New Roman" w:hAnsi="Times New Roman" w:cs="Times New Roman"/>
          <w:b/>
          <w:bCs/>
          <w:sz w:val="32"/>
          <w:szCs w:val="32"/>
        </w:rPr>
        <w:t>REGULAMIN KORZYSTANIA Z SALI KONFERENCYJNEJ</w:t>
      </w:r>
    </w:p>
    <w:p w14:paraId="73A66475" w14:textId="5894065C" w:rsidR="00B7318F" w:rsidRPr="00CA5C39" w:rsidRDefault="00CA5C39" w:rsidP="00CA5C39">
      <w:pPr>
        <w:pStyle w:val="Bezodstpw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7728" behindDoc="1" locked="0" layoutInCell="1" allowOverlap="1" wp14:anchorId="3875224E" wp14:editId="60A86C84">
            <wp:simplePos x="0" y="0"/>
            <wp:positionH relativeFrom="column">
              <wp:posOffset>6301740</wp:posOffset>
            </wp:positionH>
            <wp:positionV relativeFrom="paragraph">
              <wp:posOffset>40640</wp:posOffset>
            </wp:positionV>
            <wp:extent cx="628015" cy="890270"/>
            <wp:effectExtent l="0" t="0" r="635" b="5080"/>
            <wp:wrapNone/>
            <wp:docPr id="21309156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2848" behindDoc="1" locked="0" layoutInCell="1" allowOverlap="1" wp14:anchorId="7E830B35" wp14:editId="41C4E8A4">
            <wp:simplePos x="0" y="0"/>
            <wp:positionH relativeFrom="column">
              <wp:posOffset>106680</wp:posOffset>
            </wp:positionH>
            <wp:positionV relativeFrom="paragraph">
              <wp:posOffset>78740</wp:posOffset>
            </wp:positionV>
            <wp:extent cx="707390" cy="804545"/>
            <wp:effectExtent l="0" t="0" r="0" b="0"/>
            <wp:wrapNone/>
            <wp:docPr id="192496159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C39">
        <w:rPr>
          <w:rFonts w:ascii="Times New Roman" w:hAnsi="Times New Roman" w:cs="Times New Roman"/>
          <w:b/>
          <w:bCs/>
          <w:sz w:val="32"/>
          <w:szCs w:val="32"/>
        </w:rPr>
        <w:t xml:space="preserve">w </w:t>
      </w:r>
      <w:proofErr w:type="spellStart"/>
      <w:r w:rsidRPr="00CA5C39">
        <w:rPr>
          <w:rFonts w:ascii="Times New Roman" w:hAnsi="Times New Roman" w:cs="Times New Roman"/>
          <w:b/>
          <w:bCs/>
          <w:sz w:val="32"/>
          <w:szCs w:val="32"/>
        </w:rPr>
        <w:t>budynku</w:t>
      </w:r>
      <w:proofErr w:type="spellEnd"/>
      <w:r w:rsidRPr="00CA5C3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A5C39">
        <w:rPr>
          <w:rFonts w:ascii="Times New Roman" w:hAnsi="Times New Roman" w:cs="Times New Roman"/>
          <w:b/>
          <w:bCs/>
          <w:sz w:val="32"/>
          <w:szCs w:val="32"/>
        </w:rPr>
        <w:t>sportowym</w:t>
      </w:r>
      <w:proofErr w:type="spellEnd"/>
      <w:r w:rsidRPr="00CA5C39">
        <w:rPr>
          <w:rFonts w:ascii="Times New Roman" w:hAnsi="Times New Roman" w:cs="Times New Roman"/>
          <w:b/>
          <w:bCs/>
          <w:sz w:val="32"/>
          <w:szCs w:val="32"/>
        </w:rPr>
        <w:t xml:space="preserve"> MOSiR Sochaczew</w:t>
      </w:r>
    </w:p>
    <w:p w14:paraId="5168DEBB" w14:textId="7249378E" w:rsidR="00B7318F" w:rsidRPr="00CA5C39" w:rsidRDefault="00000000" w:rsidP="00CA5C39">
      <w:pPr>
        <w:pStyle w:val="Bezodstpw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CA5C39">
        <w:rPr>
          <w:rFonts w:ascii="Times New Roman" w:hAnsi="Times New Roman" w:cs="Times New Roman"/>
          <w:b/>
          <w:bCs/>
          <w:sz w:val="32"/>
          <w:szCs w:val="32"/>
        </w:rPr>
        <w:t>przy</w:t>
      </w:r>
      <w:proofErr w:type="spellEnd"/>
      <w:r w:rsidRPr="00CA5C39">
        <w:rPr>
          <w:rFonts w:ascii="Times New Roman" w:hAnsi="Times New Roman" w:cs="Times New Roman"/>
          <w:b/>
          <w:bCs/>
          <w:sz w:val="32"/>
          <w:szCs w:val="32"/>
        </w:rPr>
        <w:t xml:space="preserve"> ul. </w:t>
      </w:r>
      <w:proofErr w:type="spellStart"/>
      <w:r w:rsidRPr="00CA5C39">
        <w:rPr>
          <w:rFonts w:ascii="Times New Roman" w:hAnsi="Times New Roman" w:cs="Times New Roman"/>
          <w:b/>
          <w:bCs/>
          <w:sz w:val="32"/>
          <w:szCs w:val="32"/>
        </w:rPr>
        <w:t>Warszawskiej</w:t>
      </w:r>
      <w:proofErr w:type="spellEnd"/>
      <w:r w:rsidRPr="00CA5C39">
        <w:rPr>
          <w:rFonts w:ascii="Times New Roman" w:hAnsi="Times New Roman" w:cs="Times New Roman"/>
          <w:b/>
          <w:bCs/>
          <w:sz w:val="32"/>
          <w:szCs w:val="32"/>
        </w:rPr>
        <w:t xml:space="preserve"> 80</w:t>
      </w:r>
    </w:p>
    <w:p w14:paraId="264748B6" w14:textId="34CE4D89" w:rsidR="00CA5C39" w:rsidRPr="00CA5C39" w:rsidRDefault="00CA5C39">
      <w:pPr>
        <w:spacing w:after="80"/>
        <w:jc w:val="center"/>
        <w:rPr>
          <w:rFonts w:ascii="Times New Roman" w:hAnsi="Times New Roman" w:cs="Times New Roman"/>
          <w:sz w:val="26"/>
          <w:szCs w:val="26"/>
        </w:rPr>
      </w:pPr>
    </w:p>
    <w:p w14:paraId="3F357A16" w14:textId="175A4FC1" w:rsidR="00B7318F" w:rsidRPr="00CA5C39" w:rsidRDefault="00000000">
      <w:pPr>
        <w:spacing w:before="120" w:after="60"/>
        <w:jc w:val="center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§ 1. Postanowienia ogólne</w:t>
      </w:r>
    </w:p>
    <w:p w14:paraId="019962C8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1. Regulamin określa zasady korzystania z sali konferencyjnej znajdującej się w budynku sportowym Miejskiego Ośrodka Sportu i Rekreacji w Sochaczewie przy ul. Warszawskiej 80.</w:t>
      </w:r>
    </w:p>
    <w:p w14:paraId="746F3C63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2. Administratorem sali jest Miejski Ośrodek Sportu i Rekreacji w Sochaczewie, zwany dalej „MOSiR”.</w:t>
      </w:r>
    </w:p>
    <w:p w14:paraId="6A6CA8D6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3. Sala konferencyjna przeznaczona jest w szczególności do organizacji spotkań, zebrań, konferencji, szkoleń, warsztatów, prezentacji oraz innych wydarzeń o podobnym charakterze.</w:t>
      </w:r>
    </w:p>
    <w:p w14:paraId="6595FD52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4. Sala udostępniana jest wyłącznie w godzinach pracy MOSiR Sochaczew.</w:t>
      </w:r>
    </w:p>
    <w:p w14:paraId="46241BFD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5. Termin korzystania z sali wymaga wcześniejszej rezerwacji i uzgodnienia z kierownikiem obiektu.</w:t>
      </w:r>
    </w:p>
    <w:p w14:paraId="725293A5" w14:textId="77777777" w:rsidR="00B7318F" w:rsidRPr="00CA5C39" w:rsidRDefault="00000000">
      <w:pPr>
        <w:spacing w:before="120" w:after="60"/>
        <w:jc w:val="center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§ 2. Nieodpłatne udostępnianie sali</w:t>
      </w:r>
    </w:p>
    <w:p w14:paraId="64F71FDE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1. Sala konferencyjna może być nieodpłatnie udostępniana organizacjom pozarządowym, klubom sportowym, uczniowskim klubom sportowym działającym na terenie Sochaczewa i prowadzącym działalność na rzecz jego mieszkańców oraz jednostkom podległym Gminie Miasto Sochaczew.</w:t>
      </w:r>
    </w:p>
    <w:p w14:paraId="778E7C75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2. W przypadku organizacji pozarządowych, klubów sportowych i uczniowskich klubów sportowych nieodpłatne udostępnienie sali może nastąpić:</w:t>
      </w:r>
    </w:p>
    <w:p w14:paraId="30499B87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   1) w okresie, w którym podmiot realizuje zadania własne Gminy Miasto Sochaczew i otrzymuje na ten cel dotację celową z budżetu miasta;</w:t>
      </w:r>
    </w:p>
    <w:p w14:paraId="12E049CF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   2) w celu organizacji konferencji, szkoleń, warsztatów, prezentacji lub innych tego typu spotkań, których współorganizatorem jest Gmina Miasto Sochaczew;</w:t>
      </w:r>
    </w:p>
    <w:p w14:paraId="417C53C7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   3) w przypadku wydarzenia organizowanego przez podmiot, który po złożeniu odpowiedniego wniosku uzyskał patronat honorowy Burmistrza Miasta Sochaczew.</w:t>
      </w:r>
    </w:p>
    <w:p w14:paraId="59A6E15E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3. Z możliwości nieodpłatnego udostępniania sali wyłączone są: partie polityczne, związki zawodowe i organizacje pracodawców, samorządy zawodowe oraz fundacje utworzone przez partie polityczne.</w:t>
      </w:r>
    </w:p>
    <w:p w14:paraId="7220B873" w14:textId="77777777" w:rsidR="00B7318F" w:rsidRPr="00CA5C39" w:rsidRDefault="00000000">
      <w:pPr>
        <w:spacing w:before="120" w:after="60"/>
        <w:jc w:val="center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§ 3. Zasady udostępniania</w:t>
      </w:r>
    </w:p>
    <w:p w14:paraId="6C5103CB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1. Rezerwacji sali dokonuje się u kierownika obiektu MOSiR.</w:t>
      </w:r>
    </w:p>
    <w:p w14:paraId="7B0B71DD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2. Udostępnienie sali następuje po wcześniejszym uzgodnieniu terminu, godzin korzystania, celu spotkania oraz uzyskaniu zgody MOSiR.</w:t>
      </w:r>
    </w:p>
    <w:p w14:paraId="011C1384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3. Podmiot korzystający z sali wskazuje osobę odpowiedzialną za organizowane wydarzenie oraz podaje jej dane kontaktowe.</w:t>
      </w:r>
    </w:p>
    <w:p w14:paraId="2D25558B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4. Rezygnację z zarezerwowanego terminu należy zgłosić możliwie jak najwcześniej.</w:t>
      </w:r>
    </w:p>
    <w:p w14:paraId="0C4F7DE2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5. Korzystający nie może bez zgody MOSiR udostępniać sali osobom lub podmiotom trzecim.</w:t>
      </w:r>
    </w:p>
    <w:p w14:paraId="609CF18C" w14:textId="77777777" w:rsidR="00B7318F" w:rsidRPr="00CA5C39" w:rsidRDefault="00000000">
      <w:pPr>
        <w:spacing w:before="120" w:after="60"/>
        <w:jc w:val="center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§ 4. Obowiązki korzystającego</w:t>
      </w:r>
    </w:p>
    <w:p w14:paraId="7FEB7105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1. Korzystający zobowiązany jest do korzystania z sali i jej wyposażenia zgodnie z przeznaczeniem oraz do przestrzegania przepisów BHP, przeciwpożarowych i sanitarnych.</w:t>
      </w:r>
    </w:p>
    <w:p w14:paraId="065BB738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2. Korzystający zobowiązany jest do utrzymywania porządku i czystości w trakcie wydarzenia, a po jego zakończeniu do posprzątania sali i pozostawienia jej w stanie, w jakim została przekazana.</w:t>
      </w:r>
    </w:p>
    <w:p w14:paraId="07909020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lastRenderedPageBreak/>
        <w:t>3. Po zakończeniu wydarzenia należy usunąć wszystkie wniesione materiały, dekoracje, materiały szkoleniowe, promocyjne, informacyjne oraz inne przedmioty.</w:t>
      </w:r>
    </w:p>
    <w:p w14:paraId="4FF5D89E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4. Korzystanie ze sprzętu i wyposażenia znajdującego się w sali możliwe jest za zgodą kierownika obiektu lub pracownika MOSiR sprawującego nadzór nad obiektem.</w:t>
      </w:r>
    </w:p>
    <w:p w14:paraId="2583F9B2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5. Korzystający ponosi odpowiedzialność za urządzenia i wyposażenie znajdujące się w sali. Każde uszkodzenie, zniszczenie lub brak wyposażenia należy niezwłocznie zgłosić pracownikowi MOSiR.</w:t>
      </w:r>
    </w:p>
    <w:p w14:paraId="530EE267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6. Korzystający ponosi koszty naprawy lub zakupu wyposażenia zniszczonego wskutek niewłaściwego użytkowania.</w:t>
      </w:r>
    </w:p>
    <w:p w14:paraId="7D1060DB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7. Osoba odpowiedzialna za wydarzenie zobowiązana jest do zapewnienia przestrzegania niniejszego regulaminu przez wszystkich jego uczestników.</w:t>
      </w:r>
    </w:p>
    <w:p w14:paraId="7860B0C9" w14:textId="77777777" w:rsidR="00B7318F" w:rsidRPr="00CA5C39" w:rsidRDefault="00000000">
      <w:pPr>
        <w:spacing w:before="120" w:after="60"/>
        <w:jc w:val="center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§ 5. Korzystanie z aneksu kuchennego</w:t>
      </w:r>
    </w:p>
    <w:p w14:paraId="306AF958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1. Osoby korzystające z sali konferencyjnej mogą korzystać z aneksu kuchennego oraz znajdującego się w nim wyposażenia zgodnie z jego przeznaczeniem.</w:t>
      </w:r>
    </w:p>
    <w:p w14:paraId="12EC7538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2. Z płyty indukcyjnej i pozostałych urządzeń elektrycznych należy korzystać z zachowaniem zasad bezpieczeństwa.</w:t>
      </w:r>
    </w:p>
    <w:p w14:paraId="1459AD6E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3. Po zakończeniu korzystania z aneksu należy wyłączyć używane urządzenia, umyć używane naczynia i wyposażenie, uporządkować blaty oraz pozostawić aneks w czystości.</w:t>
      </w:r>
    </w:p>
    <w:p w14:paraId="4F5EFE65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4. Za szkody powstałe wskutek niewłaściwego korzystania z urządzeń odpowiada korzystający.</w:t>
      </w:r>
    </w:p>
    <w:p w14:paraId="0A5253B1" w14:textId="77777777" w:rsidR="00B7318F" w:rsidRPr="00CA5C39" w:rsidRDefault="00000000">
      <w:pPr>
        <w:spacing w:before="120" w:after="60"/>
        <w:jc w:val="center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§ 6. Zakazy</w:t>
      </w:r>
    </w:p>
    <w:p w14:paraId="13616F77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1. Na terenie sali konferencyjnej i aneksu kuchennego zabrania się:</w:t>
      </w:r>
    </w:p>
    <w:p w14:paraId="1BFDEA9F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   1) palenia tytoniu i papierosów elektronicznych;</w:t>
      </w:r>
    </w:p>
    <w:p w14:paraId="771E86B0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   2) spożywania alkoholu;</w:t>
      </w:r>
    </w:p>
    <w:p w14:paraId="6921FF3A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   3) używania środków odurzających;</w:t>
      </w:r>
    </w:p>
    <w:p w14:paraId="5849467C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   4) użytkowania wyposażenia niezgodnie z jego przeznaczeniem;</w:t>
      </w:r>
    </w:p>
    <w:p w14:paraId="0E21EAE7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   5) podejmowania działań mogących spowodować uszkodzenie pomieszczeń lub wyposażenia.</w:t>
      </w:r>
    </w:p>
    <w:p w14:paraId="463D49F4" w14:textId="77777777" w:rsidR="00B7318F" w:rsidRPr="00CA5C39" w:rsidRDefault="00000000">
      <w:pPr>
        <w:spacing w:before="120" w:after="60"/>
        <w:jc w:val="center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§ 7. Postanowienia końcowe</w:t>
      </w:r>
    </w:p>
    <w:p w14:paraId="384AEBA9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1. MOSiR Sochaczew nie ponosi odpowiedzialności za rzeczy pozostawione w sali konferencyjnej.</w:t>
      </w:r>
    </w:p>
    <w:p w14:paraId="2D3F79F4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2. Korzystanie z sali konferencyjnej oznacza akceptację postanowień niniejszego regulaminu.</w:t>
      </w:r>
    </w:p>
    <w:p w14:paraId="77364B05" w14:textId="77777777" w:rsidR="00B7318F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 xml:space="preserve">3. W sprawach nieuregulowanych niniejszym regulaminem decyzję podejmuje Dyrektor MOSiR Sochaczew lub </w:t>
      </w:r>
      <w:proofErr w:type="spellStart"/>
      <w:r w:rsidRPr="00CA5C39">
        <w:rPr>
          <w:rFonts w:ascii="Times New Roman" w:hAnsi="Times New Roman" w:cs="Times New Roman"/>
          <w:sz w:val="26"/>
          <w:szCs w:val="26"/>
        </w:rPr>
        <w:t>upoważniony</w:t>
      </w:r>
      <w:proofErr w:type="spellEnd"/>
      <w:r w:rsidRPr="00CA5C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5C39">
        <w:rPr>
          <w:rFonts w:ascii="Times New Roman" w:hAnsi="Times New Roman" w:cs="Times New Roman"/>
          <w:sz w:val="26"/>
          <w:szCs w:val="26"/>
        </w:rPr>
        <w:t>przez</w:t>
      </w:r>
      <w:proofErr w:type="spellEnd"/>
      <w:r w:rsidRPr="00CA5C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5C39">
        <w:rPr>
          <w:rFonts w:ascii="Times New Roman" w:hAnsi="Times New Roman" w:cs="Times New Roman"/>
          <w:sz w:val="26"/>
          <w:szCs w:val="26"/>
        </w:rPr>
        <w:t>niego</w:t>
      </w:r>
      <w:proofErr w:type="spellEnd"/>
      <w:r w:rsidRPr="00CA5C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5C39">
        <w:rPr>
          <w:rFonts w:ascii="Times New Roman" w:hAnsi="Times New Roman" w:cs="Times New Roman"/>
          <w:sz w:val="26"/>
          <w:szCs w:val="26"/>
        </w:rPr>
        <w:t>pracownik</w:t>
      </w:r>
      <w:proofErr w:type="spellEnd"/>
      <w:r w:rsidRPr="00CA5C39">
        <w:rPr>
          <w:rFonts w:ascii="Times New Roman" w:hAnsi="Times New Roman" w:cs="Times New Roman"/>
          <w:sz w:val="26"/>
          <w:szCs w:val="26"/>
        </w:rPr>
        <w:t>.</w:t>
      </w:r>
    </w:p>
    <w:p w14:paraId="601C4244" w14:textId="77777777" w:rsidR="00BD47AD" w:rsidRDefault="00BD47AD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BB2363" w14:textId="77777777" w:rsidR="00BD47AD" w:rsidRDefault="00BD47AD" w:rsidP="00BD47AD">
      <w:pPr>
        <w:pStyle w:val="Bezodstpw"/>
        <w:spacing w:line="211" w:lineRule="auto"/>
        <w:ind w:left="5664"/>
        <w:jc w:val="center"/>
        <w:rPr>
          <w:rFonts w:ascii="Times New Roman" w:hAnsi="Times New Roman" w:cs="Times New Roman"/>
          <w:b/>
          <w:bCs/>
          <w:sz w:val="18"/>
          <w:szCs w:val="32"/>
        </w:rPr>
      </w:pPr>
    </w:p>
    <w:p w14:paraId="4A497C3C" w14:textId="77777777" w:rsidR="00BD47AD" w:rsidRPr="00BD47AD" w:rsidRDefault="00BD47AD" w:rsidP="00BD47AD">
      <w:pPr>
        <w:pStyle w:val="Bezodstpw"/>
        <w:spacing w:line="211" w:lineRule="auto"/>
        <w:ind w:left="5664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spellStart"/>
      <w:r w:rsidRPr="00BD47AD">
        <w:rPr>
          <w:rFonts w:ascii="Times New Roman" w:hAnsi="Times New Roman" w:cs="Times New Roman"/>
          <w:b/>
          <w:bCs/>
          <w:sz w:val="24"/>
          <w:szCs w:val="44"/>
        </w:rPr>
        <w:t>Dyrektor</w:t>
      </w:r>
      <w:proofErr w:type="spellEnd"/>
    </w:p>
    <w:p w14:paraId="002FD99A" w14:textId="77777777" w:rsidR="00BD47AD" w:rsidRPr="00BD47AD" w:rsidRDefault="00BD47AD" w:rsidP="00BD47AD">
      <w:pPr>
        <w:pStyle w:val="Bezodstpw"/>
        <w:spacing w:line="211" w:lineRule="auto"/>
        <w:ind w:left="5664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spellStart"/>
      <w:r w:rsidRPr="00BD47AD">
        <w:rPr>
          <w:rFonts w:ascii="Times New Roman" w:hAnsi="Times New Roman" w:cs="Times New Roman"/>
          <w:b/>
          <w:bCs/>
          <w:sz w:val="24"/>
          <w:szCs w:val="44"/>
        </w:rPr>
        <w:t>Miejskiego</w:t>
      </w:r>
      <w:proofErr w:type="spellEnd"/>
      <w:r w:rsidRPr="00BD47AD">
        <w:rPr>
          <w:rFonts w:ascii="Times New Roman" w:hAnsi="Times New Roman" w:cs="Times New Roman"/>
          <w:b/>
          <w:bCs/>
          <w:sz w:val="24"/>
          <w:szCs w:val="44"/>
        </w:rPr>
        <w:t xml:space="preserve"> </w:t>
      </w:r>
      <w:proofErr w:type="spellStart"/>
      <w:r w:rsidRPr="00BD47AD">
        <w:rPr>
          <w:rFonts w:ascii="Times New Roman" w:hAnsi="Times New Roman" w:cs="Times New Roman"/>
          <w:b/>
          <w:bCs/>
          <w:sz w:val="24"/>
          <w:szCs w:val="44"/>
        </w:rPr>
        <w:t>Ośrodka</w:t>
      </w:r>
      <w:proofErr w:type="spellEnd"/>
      <w:r w:rsidRPr="00BD47AD">
        <w:rPr>
          <w:rFonts w:ascii="Times New Roman" w:hAnsi="Times New Roman" w:cs="Times New Roman"/>
          <w:b/>
          <w:bCs/>
          <w:sz w:val="24"/>
          <w:szCs w:val="44"/>
        </w:rPr>
        <w:t xml:space="preserve"> </w:t>
      </w:r>
      <w:proofErr w:type="spellStart"/>
      <w:r w:rsidRPr="00BD47AD">
        <w:rPr>
          <w:rFonts w:ascii="Times New Roman" w:hAnsi="Times New Roman" w:cs="Times New Roman"/>
          <w:b/>
          <w:bCs/>
          <w:sz w:val="24"/>
          <w:szCs w:val="44"/>
        </w:rPr>
        <w:t>Sportu</w:t>
      </w:r>
      <w:proofErr w:type="spellEnd"/>
      <w:r w:rsidRPr="00BD47AD">
        <w:rPr>
          <w:rFonts w:ascii="Times New Roman" w:hAnsi="Times New Roman" w:cs="Times New Roman"/>
          <w:b/>
          <w:bCs/>
          <w:sz w:val="24"/>
          <w:szCs w:val="44"/>
        </w:rPr>
        <w:t xml:space="preserve"> </w:t>
      </w:r>
      <w:proofErr w:type="spellStart"/>
      <w:r w:rsidRPr="00BD47AD">
        <w:rPr>
          <w:rFonts w:ascii="Times New Roman" w:hAnsi="Times New Roman" w:cs="Times New Roman"/>
          <w:b/>
          <w:bCs/>
          <w:sz w:val="24"/>
          <w:szCs w:val="44"/>
        </w:rPr>
        <w:t>i</w:t>
      </w:r>
      <w:proofErr w:type="spellEnd"/>
      <w:r w:rsidRPr="00BD47AD">
        <w:rPr>
          <w:rFonts w:ascii="Times New Roman" w:hAnsi="Times New Roman" w:cs="Times New Roman"/>
          <w:b/>
          <w:bCs/>
          <w:sz w:val="24"/>
          <w:szCs w:val="44"/>
        </w:rPr>
        <w:t xml:space="preserve"> </w:t>
      </w:r>
      <w:proofErr w:type="spellStart"/>
      <w:r w:rsidRPr="00BD47AD">
        <w:rPr>
          <w:rFonts w:ascii="Times New Roman" w:hAnsi="Times New Roman" w:cs="Times New Roman"/>
          <w:b/>
          <w:bCs/>
          <w:sz w:val="24"/>
          <w:szCs w:val="44"/>
        </w:rPr>
        <w:t>Rekreacji</w:t>
      </w:r>
      <w:proofErr w:type="spellEnd"/>
    </w:p>
    <w:p w14:paraId="46BB8737" w14:textId="77777777" w:rsidR="00BD47AD" w:rsidRPr="00BD47AD" w:rsidRDefault="00BD47AD" w:rsidP="00BD47AD">
      <w:pPr>
        <w:pStyle w:val="Bezodstpw"/>
        <w:spacing w:line="211" w:lineRule="auto"/>
        <w:ind w:left="5664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D47AD">
        <w:rPr>
          <w:rFonts w:ascii="Times New Roman" w:hAnsi="Times New Roman" w:cs="Times New Roman"/>
          <w:b/>
          <w:bCs/>
          <w:sz w:val="24"/>
          <w:szCs w:val="44"/>
        </w:rPr>
        <w:t xml:space="preserve">w </w:t>
      </w:r>
      <w:proofErr w:type="spellStart"/>
      <w:r w:rsidRPr="00BD47AD">
        <w:rPr>
          <w:rFonts w:ascii="Times New Roman" w:hAnsi="Times New Roman" w:cs="Times New Roman"/>
          <w:b/>
          <w:bCs/>
          <w:sz w:val="24"/>
          <w:szCs w:val="44"/>
        </w:rPr>
        <w:t>Sochaczewie</w:t>
      </w:r>
      <w:proofErr w:type="spellEnd"/>
    </w:p>
    <w:p w14:paraId="6FE30EC9" w14:textId="77777777" w:rsidR="00BD47AD" w:rsidRPr="00CA5C39" w:rsidRDefault="00BD47AD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036469F" w14:textId="77777777" w:rsidR="00CA5C39" w:rsidRDefault="00CA5C39" w:rsidP="00CA5C39">
      <w:pPr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6A7EED85" w14:textId="77777777" w:rsidR="00CA5C39" w:rsidRDefault="00CA5C39" w:rsidP="00CA5C39">
      <w:pPr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7AC23C63" w14:textId="77777777" w:rsidR="00CA5C39" w:rsidRDefault="00CA5C39" w:rsidP="00CA5C39">
      <w:pPr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22E39BD1" w14:textId="77777777" w:rsidR="00CA5C39" w:rsidRDefault="00CA5C39" w:rsidP="00CA5C39">
      <w:pPr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1B0C2AC4" w14:textId="77777777" w:rsidR="00CA5C39" w:rsidRDefault="00CA5C39" w:rsidP="00CA5C39">
      <w:pPr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48C6A50F" w14:textId="77777777" w:rsidR="00CA5C39" w:rsidRDefault="00CA5C39" w:rsidP="00CA5C39">
      <w:pPr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15689B2B" w14:textId="77777777" w:rsidR="00CA5C39" w:rsidRDefault="00CA5C39" w:rsidP="00CA5C39">
      <w:pPr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C919F07" w14:textId="77777777" w:rsidR="00320F01" w:rsidRDefault="00320F01" w:rsidP="00CA5C39">
      <w:pPr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1EB16760" w14:textId="70648D67" w:rsidR="00B7318F" w:rsidRPr="00CA5C39" w:rsidRDefault="00000000" w:rsidP="00CA5C39">
      <w:pPr>
        <w:jc w:val="right"/>
        <w:rPr>
          <w:rFonts w:ascii="Times New Roman" w:hAnsi="Times New Roman" w:cs="Times New Roman"/>
          <w:sz w:val="18"/>
          <w:szCs w:val="18"/>
        </w:rPr>
      </w:pPr>
      <w:r w:rsidRPr="00CA5C39">
        <w:rPr>
          <w:rFonts w:ascii="Times New Roman" w:hAnsi="Times New Roman" w:cs="Times New Roman"/>
          <w:b/>
          <w:sz w:val="18"/>
          <w:szCs w:val="18"/>
        </w:rPr>
        <w:t>ZAŁĄCZNIK NR 1</w:t>
      </w:r>
    </w:p>
    <w:p w14:paraId="16D78998" w14:textId="77777777" w:rsidR="00B7318F" w:rsidRPr="00CA5C39" w:rsidRDefault="00000000" w:rsidP="00CA5C39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C39">
        <w:rPr>
          <w:rFonts w:ascii="Times New Roman" w:hAnsi="Times New Roman" w:cs="Times New Roman"/>
          <w:b/>
          <w:bCs/>
          <w:sz w:val="28"/>
          <w:szCs w:val="28"/>
        </w:rPr>
        <w:t>WNIOSEK O NIEODPŁATNE UDOSTĘPNIENIE SALI KONFERENCYJNEJ</w:t>
      </w:r>
    </w:p>
    <w:p w14:paraId="65C65D24" w14:textId="77777777" w:rsidR="00B7318F" w:rsidRPr="00CA5C39" w:rsidRDefault="00000000" w:rsidP="00CA5C39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C39">
        <w:rPr>
          <w:rFonts w:ascii="Times New Roman" w:hAnsi="Times New Roman" w:cs="Times New Roman"/>
          <w:b/>
          <w:bCs/>
          <w:sz w:val="28"/>
          <w:szCs w:val="28"/>
        </w:rPr>
        <w:t xml:space="preserve">w budynku sportowym MOSiR Sochaczew przy ul. </w:t>
      </w:r>
      <w:proofErr w:type="spellStart"/>
      <w:r w:rsidRPr="00CA5C39">
        <w:rPr>
          <w:rFonts w:ascii="Times New Roman" w:hAnsi="Times New Roman" w:cs="Times New Roman"/>
          <w:b/>
          <w:bCs/>
          <w:sz w:val="28"/>
          <w:szCs w:val="28"/>
        </w:rPr>
        <w:t>Warszawskiej</w:t>
      </w:r>
      <w:proofErr w:type="spellEnd"/>
      <w:r w:rsidRPr="00CA5C39">
        <w:rPr>
          <w:rFonts w:ascii="Times New Roman" w:hAnsi="Times New Roman" w:cs="Times New Roman"/>
          <w:b/>
          <w:bCs/>
          <w:sz w:val="28"/>
          <w:szCs w:val="28"/>
        </w:rPr>
        <w:t xml:space="preserve"> 80</w:t>
      </w:r>
    </w:p>
    <w:p w14:paraId="4E393D2B" w14:textId="77777777" w:rsidR="00CA5C39" w:rsidRPr="00CA5C39" w:rsidRDefault="00CA5C39" w:rsidP="00CA5C39">
      <w:pPr>
        <w:pStyle w:val="Bezodstpw"/>
        <w:jc w:val="center"/>
        <w:rPr>
          <w:b/>
          <w:bCs/>
        </w:rPr>
      </w:pPr>
    </w:p>
    <w:p w14:paraId="05F00E84" w14:textId="77777777" w:rsidR="00B7318F" w:rsidRPr="00CA5C39" w:rsidRDefault="00000000">
      <w:pPr>
        <w:spacing w:after="80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1. Nazwa organizacji / klubu / jednostki:</w:t>
      </w:r>
      <w:r w:rsidRPr="00CA5C39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</w:t>
      </w:r>
    </w:p>
    <w:p w14:paraId="656988A9" w14:textId="77777777" w:rsidR="00B7318F" w:rsidRPr="00CA5C39" w:rsidRDefault="00000000">
      <w:pPr>
        <w:spacing w:after="80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Adres:</w:t>
      </w:r>
      <w:r w:rsidRPr="00CA5C39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</w:t>
      </w:r>
    </w:p>
    <w:p w14:paraId="1CACA9C4" w14:textId="77777777" w:rsidR="00B7318F" w:rsidRPr="00CA5C39" w:rsidRDefault="00000000">
      <w:pPr>
        <w:spacing w:after="80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Imię i nazwisko osoby odpowiedzialnej:</w:t>
      </w:r>
      <w:r w:rsidRPr="00CA5C39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</w:t>
      </w:r>
    </w:p>
    <w:p w14:paraId="26F98D09" w14:textId="77777777" w:rsidR="00B7318F" w:rsidRPr="00CA5C39" w:rsidRDefault="00000000">
      <w:pPr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 xml:space="preserve">Telefon: </w:t>
      </w:r>
      <w:r w:rsidRPr="00CA5C39">
        <w:rPr>
          <w:rFonts w:ascii="Times New Roman" w:hAnsi="Times New Roman" w:cs="Times New Roman"/>
          <w:sz w:val="26"/>
          <w:szCs w:val="26"/>
        </w:rPr>
        <w:t xml:space="preserve">.............................................     </w:t>
      </w:r>
      <w:r w:rsidRPr="00CA5C39">
        <w:rPr>
          <w:rFonts w:ascii="Times New Roman" w:hAnsi="Times New Roman" w:cs="Times New Roman"/>
          <w:b/>
          <w:sz w:val="26"/>
          <w:szCs w:val="26"/>
        </w:rPr>
        <w:t xml:space="preserve">E-mail: </w:t>
      </w:r>
      <w:r w:rsidRPr="00CA5C39">
        <w:rPr>
          <w:rFonts w:ascii="Times New Roman" w:hAnsi="Times New Roman" w:cs="Times New Roman"/>
          <w:sz w:val="26"/>
          <w:szCs w:val="26"/>
        </w:rPr>
        <w:t>........................................................</w:t>
      </w:r>
    </w:p>
    <w:p w14:paraId="4EA45B06" w14:textId="77777777" w:rsidR="00B7318F" w:rsidRPr="00CA5C39" w:rsidRDefault="00000000">
      <w:pPr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2. Termin korzystania z sali</w:t>
      </w:r>
    </w:p>
    <w:p w14:paraId="1244DD55" w14:textId="77777777" w:rsidR="00B7318F" w:rsidRPr="00CA5C39" w:rsidRDefault="00000000">
      <w:pPr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Data: ........................................     Godziny: od .................... do ....................</w:t>
      </w:r>
    </w:p>
    <w:p w14:paraId="76EBCBC9" w14:textId="77777777" w:rsidR="00B7318F" w:rsidRPr="00CA5C39" w:rsidRDefault="00000000">
      <w:pPr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Przewidywana liczba uczestników: ................................ osób</w:t>
      </w:r>
    </w:p>
    <w:p w14:paraId="4EF5C9EA" w14:textId="77777777" w:rsidR="00B7318F" w:rsidRPr="00CA5C39" w:rsidRDefault="00000000">
      <w:pPr>
        <w:spacing w:after="80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3. Cel udostępnienia sali:</w:t>
      </w:r>
      <w:r w:rsidRPr="00CA5C39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</w:t>
      </w:r>
      <w:r w:rsidRPr="00CA5C39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</w:t>
      </w:r>
    </w:p>
    <w:p w14:paraId="4650056D" w14:textId="77777777" w:rsidR="00B7318F" w:rsidRPr="00CA5C39" w:rsidRDefault="00000000">
      <w:pPr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4. Podstawa nieodpłatnego udostępnienia - zaznaczyć właściwe:</w:t>
      </w:r>
    </w:p>
    <w:p w14:paraId="06ED0443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Segoe UI Symbol" w:hAnsi="Segoe UI Symbol" w:cs="Segoe UI Symbol"/>
          <w:sz w:val="26"/>
          <w:szCs w:val="26"/>
        </w:rPr>
        <w:t>☐</w:t>
      </w:r>
      <w:r w:rsidRPr="00CA5C39">
        <w:rPr>
          <w:rFonts w:ascii="Times New Roman" w:hAnsi="Times New Roman" w:cs="Times New Roman"/>
          <w:sz w:val="26"/>
          <w:szCs w:val="26"/>
        </w:rPr>
        <w:t xml:space="preserve"> realizacja zadania własnego Gminy Miasto Sochaczew, na które podmiot otrzymuje dotację celową z budżetu miasta;</w:t>
      </w:r>
    </w:p>
    <w:p w14:paraId="4DC933C3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Segoe UI Symbol" w:hAnsi="Segoe UI Symbol" w:cs="Segoe UI Symbol"/>
          <w:sz w:val="26"/>
          <w:szCs w:val="26"/>
        </w:rPr>
        <w:t>☐</w:t>
      </w:r>
      <w:r w:rsidRPr="00CA5C39">
        <w:rPr>
          <w:rFonts w:ascii="Times New Roman" w:hAnsi="Times New Roman" w:cs="Times New Roman"/>
          <w:sz w:val="26"/>
          <w:szCs w:val="26"/>
        </w:rPr>
        <w:t xml:space="preserve"> organizacja konferencji, szkolenia, warsztatów, prezentacji lub innego spotkania, którego współorganizatorem jest Gmina Miasto Sochaczew;</w:t>
      </w:r>
    </w:p>
    <w:p w14:paraId="3AD3AD3C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Segoe UI Symbol" w:hAnsi="Segoe UI Symbol" w:cs="Segoe UI Symbol"/>
          <w:sz w:val="26"/>
          <w:szCs w:val="26"/>
        </w:rPr>
        <w:t>☐</w:t>
      </w:r>
      <w:r w:rsidRPr="00CA5C39">
        <w:rPr>
          <w:rFonts w:ascii="Times New Roman" w:hAnsi="Times New Roman" w:cs="Times New Roman"/>
          <w:sz w:val="26"/>
          <w:szCs w:val="26"/>
        </w:rPr>
        <w:t xml:space="preserve"> wydarzenie objęte patronatem honorowym Burmistrza Miasta Sochaczew;</w:t>
      </w:r>
    </w:p>
    <w:p w14:paraId="65A9B820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Segoe UI Symbol" w:hAnsi="Segoe UI Symbol" w:cs="Segoe UI Symbol"/>
          <w:sz w:val="26"/>
          <w:szCs w:val="26"/>
        </w:rPr>
        <w:t>☐</w:t>
      </w:r>
      <w:r w:rsidRPr="00CA5C39">
        <w:rPr>
          <w:rFonts w:ascii="Times New Roman" w:hAnsi="Times New Roman" w:cs="Times New Roman"/>
          <w:sz w:val="26"/>
          <w:szCs w:val="26"/>
        </w:rPr>
        <w:t xml:space="preserve"> wnioskodawcą jest jednostka podległa Gminie Miasto Sochaczew.</w:t>
      </w:r>
    </w:p>
    <w:p w14:paraId="3B09A1F4" w14:textId="77777777" w:rsidR="00B7318F" w:rsidRPr="00CA5C39" w:rsidRDefault="00000000">
      <w:pPr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5. Oświadczenie</w:t>
      </w:r>
    </w:p>
    <w:p w14:paraId="7B96F0EB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Oświadczam, że zapoznałem/am się z Regulaminem korzystania z sali konferencyjnej w budynku sportowym MOSiR Sochaczew przy ul. Warszawskiej 80 i zobowiązuję się do jego przestrzegania.</w:t>
      </w:r>
    </w:p>
    <w:p w14:paraId="68A55B0F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Zobowiązuję się do korzystania z sali i jej wyposażenia zgodnie z przeznaczeniem, zachowania porządku oraz posprzątania sali i aneksu kuchennego po zakończeniu wydarzenia. Przyjmuję odpowiedzialność za szkody powstałe wskutek niewłaściwego korzystania z sali lub jej wyposażenia.</w:t>
      </w:r>
    </w:p>
    <w:p w14:paraId="5EFE62A5" w14:textId="69157BF6" w:rsidR="00CA5C39" w:rsidRDefault="00000000" w:rsidP="00CA5C39">
      <w:pPr>
        <w:ind w:left="720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lastRenderedPageBreak/>
        <w:br/>
        <w:t>Sochaczew, dnia ........................................</w:t>
      </w:r>
      <w:r w:rsidRPr="00CA5C39">
        <w:rPr>
          <w:rFonts w:ascii="Times New Roman" w:hAnsi="Times New Roman" w:cs="Times New Roman"/>
          <w:sz w:val="26"/>
          <w:szCs w:val="26"/>
        </w:rPr>
        <w:br/>
      </w:r>
      <w:r w:rsidR="00CA5C39">
        <w:rPr>
          <w:rFonts w:ascii="Times New Roman" w:hAnsi="Times New Roman" w:cs="Times New Roman"/>
          <w:sz w:val="26"/>
          <w:szCs w:val="26"/>
        </w:rPr>
        <w:t xml:space="preserve"> </w:t>
      </w:r>
      <w:r w:rsidR="00CA5C39">
        <w:rPr>
          <w:rFonts w:ascii="Times New Roman" w:hAnsi="Times New Roman" w:cs="Times New Roman"/>
          <w:sz w:val="26"/>
          <w:szCs w:val="26"/>
        </w:rPr>
        <w:tab/>
      </w:r>
      <w:r w:rsidR="00CA5C39">
        <w:rPr>
          <w:rFonts w:ascii="Times New Roman" w:hAnsi="Times New Roman" w:cs="Times New Roman"/>
          <w:sz w:val="26"/>
          <w:szCs w:val="26"/>
        </w:rPr>
        <w:tab/>
      </w:r>
      <w:r w:rsidR="00CA5C39">
        <w:rPr>
          <w:rFonts w:ascii="Times New Roman" w:hAnsi="Times New Roman" w:cs="Times New Roman"/>
          <w:sz w:val="26"/>
          <w:szCs w:val="26"/>
        </w:rPr>
        <w:tab/>
      </w:r>
      <w:r w:rsidR="00CA5C39">
        <w:rPr>
          <w:rFonts w:ascii="Times New Roman" w:hAnsi="Times New Roman" w:cs="Times New Roman"/>
          <w:sz w:val="26"/>
          <w:szCs w:val="26"/>
        </w:rPr>
        <w:tab/>
      </w:r>
      <w:r w:rsidR="00CA5C39">
        <w:rPr>
          <w:rFonts w:ascii="Times New Roman" w:hAnsi="Times New Roman" w:cs="Times New Roman"/>
          <w:sz w:val="26"/>
          <w:szCs w:val="26"/>
        </w:rPr>
        <w:tab/>
      </w:r>
      <w:r w:rsidR="00CA5C39">
        <w:rPr>
          <w:rFonts w:ascii="Times New Roman" w:hAnsi="Times New Roman" w:cs="Times New Roman"/>
          <w:sz w:val="26"/>
          <w:szCs w:val="26"/>
        </w:rPr>
        <w:tab/>
      </w:r>
      <w:r w:rsidR="00CA5C39">
        <w:rPr>
          <w:rFonts w:ascii="Times New Roman" w:hAnsi="Times New Roman" w:cs="Times New Roman"/>
          <w:sz w:val="26"/>
          <w:szCs w:val="26"/>
        </w:rPr>
        <w:tab/>
      </w:r>
      <w:r w:rsidR="00CA5C39">
        <w:rPr>
          <w:rFonts w:ascii="Times New Roman" w:hAnsi="Times New Roman" w:cs="Times New Roman"/>
          <w:sz w:val="26"/>
          <w:szCs w:val="26"/>
        </w:rPr>
        <w:tab/>
      </w:r>
      <w:r w:rsidRPr="00CA5C39">
        <w:rPr>
          <w:rFonts w:ascii="Times New Roman" w:hAnsi="Times New Roman" w:cs="Times New Roman"/>
          <w:sz w:val="26"/>
          <w:szCs w:val="26"/>
        </w:rPr>
        <w:t>............................................................</w:t>
      </w:r>
      <w:r w:rsidR="00CA5C39">
        <w:rPr>
          <w:rFonts w:ascii="Times New Roman" w:hAnsi="Times New Roman" w:cs="Times New Roman"/>
          <w:sz w:val="26"/>
          <w:szCs w:val="26"/>
        </w:rPr>
        <w:t xml:space="preserve">          </w:t>
      </w:r>
    </w:p>
    <w:p w14:paraId="35B3C79C" w14:textId="078A4825" w:rsidR="00B7318F" w:rsidRPr="00CA5C39" w:rsidRDefault="00000000" w:rsidP="00CA5C39">
      <w:pPr>
        <w:ind w:left="6480" w:firstLine="720"/>
        <w:rPr>
          <w:rFonts w:ascii="Times New Roman" w:hAnsi="Times New Roman" w:cs="Times New Roman"/>
          <w:sz w:val="26"/>
          <w:szCs w:val="26"/>
        </w:rPr>
      </w:pPr>
      <w:proofErr w:type="spellStart"/>
      <w:r w:rsidRPr="00CA5C39">
        <w:rPr>
          <w:rFonts w:ascii="Times New Roman" w:hAnsi="Times New Roman" w:cs="Times New Roman"/>
          <w:sz w:val="26"/>
          <w:szCs w:val="26"/>
        </w:rPr>
        <w:t>podpis</w:t>
      </w:r>
      <w:proofErr w:type="spellEnd"/>
      <w:r w:rsidRPr="00CA5C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5C39">
        <w:rPr>
          <w:rFonts w:ascii="Times New Roman" w:hAnsi="Times New Roman" w:cs="Times New Roman"/>
          <w:sz w:val="26"/>
          <w:szCs w:val="26"/>
        </w:rPr>
        <w:t>osoby</w:t>
      </w:r>
      <w:proofErr w:type="spellEnd"/>
      <w:r w:rsidRPr="00CA5C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5C39">
        <w:rPr>
          <w:rFonts w:ascii="Times New Roman" w:hAnsi="Times New Roman" w:cs="Times New Roman"/>
          <w:sz w:val="26"/>
          <w:szCs w:val="26"/>
        </w:rPr>
        <w:t>odpowiedzialnej</w:t>
      </w:r>
      <w:proofErr w:type="spellEnd"/>
    </w:p>
    <w:p w14:paraId="04EB9807" w14:textId="77777777" w:rsidR="00CA5C39" w:rsidRDefault="00CA5C39">
      <w:pPr>
        <w:rPr>
          <w:rFonts w:ascii="Times New Roman" w:hAnsi="Times New Roman" w:cs="Times New Roman"/>
          <w:b/>
          <w:sz w:val="26"/>
          <w:szCs w:val="26"/>
        </w:rPr>
      </w:pPr>
    </w:p>
    <w:p w14:paraId="4CFD8416" w14:textId="7841872C" w:rsidR="00B7318F" w:rsidRPr="00CA5C39" w:rsidRDefault="00000000">
      <w:pPr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DECYZJA MOSiR SOCHACZEW</w:t>
      </w:r>
    </w:p>
    <w:p w14:paraId="34C126B8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Segoe UI Symbol" w:hAnsi="Segoe UI Symbol" w:cs="Segoe UI Symbol"/>
          <w:sz w:val="26"/>
          <w:szCs w:val="26"/>
        </w:rPr>
        <w:t>☐</w:t>
      </w:r>
      <w:r w:rsidRPr="00CA5C39">
        <w:rPr>
          <w:rFonts w:ascii="Times New Roman" w:hAnsi="Times New Roman" w:cs="Times New Roman"/>
          <w:sz w:val="26"/>
          <w:szCs w:val="26"/>
        </w:rPr>
        <w:t xml:space="preserve"> Wyrażam zgodę na nieodpłatne udostępnienie sali.</w:t>
      </w:r>
    </w:p>
    <w:p w14:paraId="70F73BCE" w14:textId="77777777" w:rsidR="00B7318F" w:rsidRPr="00CA5C39" w:rsidRDefault="00000000">
      <w:pPr>
        <w:spacing w:after="6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Segoe UI Symbol" w:hAnsi="Segoe UI Symbol" w:cs="Segoe UI Symbol"/>
          <w:sz w:val="26"/>
          <w:szCs w:val="26"/>
        </w:rPr>
        <w:t>☐</w:t>
      </w:r>
      <w:r w:rsidRPr="00CA5C39">
        <w:rPr>
          <w:rFonts w:ascii="Times New Roman" w:hAnsi="Times New Roman" w:cs="Times New Roman"/>
          <w:sz w:val="26"/>
          <w:szCs w:val="26"/>
        </w:rPr>
        <w:t xml:space="preserve"> Nie wyrażam zgody na udostępnienie sali.</w:t>
      </w:r>
    </w:p>
    <w:p w14:paraId="57BE3B4E" w14:textId="77777777" w:rsidR="00B7318F" w:rsidRPr="00CA5C39" w:rsidRDefault="00000000">
      <w:pPr>
        <w:spacing w:after="80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b/>
          <w:sz w:val="26"/>
          <w:szCs w:val="26"/>
        </w:rPr>
        <w:t>Uwagi:</w:t>
      </w:r>
      <w:r w:rsidRPr="00CA5C39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</w:t>
      </w:r>
      <w:r w:rsidRPr="00CA5C39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</w:t>
      </w:r>
    </w:p>
    <w:p w14:paraId="37F607B6" w14:textId="77777777" w:rsidR="00B7318F" w:rsidRPr="00CA5C39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</w:t>
      </w:r>
    </w:p>
    <w:p w14:paraId="7492ABED" w14:textId="77777777" w:rsidR="00B7318F" w:rsidRPr="00CA5C39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CA5C39">
        <w:rPr>
          <w:rFonts w:ascii="Times New Roman" w:hAnsi="Times New Roman" w:cs="Times New Roman"/>
          <w:sz w:val="26"/>
          <w:szCs w:val="26"/>
        </w:rPr>
        <w:t>data i podpis osoby upoważnionej</w:t>
      </w:r>
    </w:p>
    <w:sectPr w:rsidR="00B7318F" w:rsidRPr="00CA5C39" w:rsidSect="00CA5C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9798120">
    <w:abstractNumId w:val="8"/>
  </w:num>
  <w:num w:numId="2" w16cid:durableId="1226066980">
    <w:abstractNumId w:val="6"/>
  </w:num>
  <w:num w:numId="3" w16cid:durableId="139082441">
    <w:abstractNumId w:val="5"/>
  </w:num>
  <w:num w:numId="4" w16cid:durableId="1393846825">
    <w:abstractNumId w:val="4"/>
  </w:num>
  <w:num w:numId="5" w16cid:durableId="2006275595">
    <w:abstractNumId w:val="7"/>
  </w:num>
  <w:num w:numId="6" w16cid:durableId="58791116">
    <w:abstractNumId w:val="3"/>
  </w:num>
  <w:num w:numId="7" w16cid:durableId="1175655511">
    <w:abstractNumId w:val="2"/>
  </w:num>
  <w:num w:numId="8" w16cid:durableId="625430479">
    <w:abstractNumId w:val="1"/>
  </w:num>
  <w:num w:numId="9" w16cid:durableId="979656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0F01"/>
    <w:rsid w:val="00326F90"/>
    <w:rsid w:val="004A75F0"/>
    <w:rsid w:val="00AA1D8D"/>
    <w:rsid w:val="00B47730"/>
    <w:rsid w:val="00B7318F"/>
    <w:rsid w:val="00BD47AD"/>
    <w:rsid w:val="00C14330"/>
    <w:rsid w:val="00CA5C39"/>
    <w:rsid w:val="00CB0664"/>
    <w:rsid w:val="00F362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BCD67"/>
  <w14:defaultImageDpi w14:val="300"/>
  <w15:docId w15:val="{FD76E4CC-18B6-4D19-823A-F9FEA3D6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1082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MOSiR ORKA Sochaczew</cp:lastModifiedBy>
  <cp:revision>4</cp:revision>
  <cp:lastPrinted>2026-09-30T12:37:00Z</cp:lastPrinted>
  <dcterms:created xsi:type="dcterms:W3CDTF">2026-09-30T12:38:00Z</dcterms:created>
  <dcterms:modified xsi:type="dcterms:W3CDTF">2026-10-08T14:16:00Z</dcterms:modified>
  <cp:category/>
</cp:coreProperties>
</file>