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723D7" w14:textId="77777777" w:rsidR="0003362B" w:rsidRDefault="00000000">
      <w:pPr>
        <w:pStyle w:val="Tytu"/>
      </w:pPr>
      <w:r>
        <w:t>REGULAMIN HALOWEGO WYZWANIA BIEGOWEGO 2026</w:t>
      </w:r>
    </w:p>
    <w:p w14:paraId="6B86C8CB" w14:textId="77777777" w:rsidR="0003362B" w:rsidRDefault="00000000">
      <w:pPr>
        <w:pStyle w:val="Nagwek2"/>
      </w:pPr>
      <w:r>
        <w:t>§ 1. Organizator i cel</w:t>
      </w:r>
    </w:p>
    <w:p w14:paraId="2CD1FDD9" w14:textId="77777777" w:rsidR="0003362B" w:rsidRDefault="00000000">
      <w:pPr>
        <w:pStyle w:val="Listapunktowana"/>
      </w:pPr>
      <w:r>
        <w:t>Organizatorem wydarzenia jest Miejski Ośrodek Sportu i Rekreacji w Sochaczewie. Wydarzenie odbywa się na zaproszenie Burmistrza Miasta Sochaczew oraz MOSiR.</w:t>
      </w:r>
    </w:p>
    <w:p w14:paraId="0F04291B" w14:textId="77777777" w:rsidR="0003362B" w:rsidRDefault="00000000">
      <w:pPr>
        <w:pStyle w:val="Listapunktowana"/>
      </w:pPr>
      <w:r>
        <w:t>Celem wydarzenia jest popularyzacja aktywności fizycznej, integracja uczestników i promowanie sportowej rywalizacji w przyjaznej atmosferze.</w:t>
      </w:r>
    </w:p>
    <w:p w14:paraId="2DA997EC" w14:textId="77777777" w:rsidR="0003362B" w:rsidRDefault="00000000">
      <w:pPr>
        <w:pStyle w:val="Nagwek2"/>
      </w:pPr>
      <w:r>
        <w:t>§ 2. Termin i miejsce</w:t>
      </w:r>
    </w:p>
    <w:p w14:paraId="5E360B87" w14:textId="77777777" w:rsidR="0003362B" w:rsidRDefault="00000000">
      <w:pPr>
        <w:pStyle w:val="Listapunktowana"/>
      </w:pPr>
      <w:r>
        <w:t>Wydarzenie odbędzie się 21 listopada 2026 r. (sobota) od godz. 10:00 w Hali Sportowej MOSiR przy ul. Kusocińskiego 2 w Sochaczewie.</w:t>
      </w:r>
    </w:p>
    <w:p w14:paraId="5A652F3B" w14:textId="25263676" w:rsidR="0003362B" w:rsidRDefault="00000000">
      <w:pPr>
        <w:pStyle w:val="Listapunktowana"/>
      </w:pPr>
      <w:r>
        <w:t xml:space="preserve">Godziny startów poszczególnych kategorii </w:t>
      </w:r>
      <w:proofErr w:type="spellStart"/>
      <w:r w:rsidR="00A5457C">
        <w:t>uzależnione</w:t>
      </w:r>
      <w:proofErr w:type="spellEnd"/>
      <w:r w:rsidR="00A5457C">
        <w:t xml:space="preserve"> od </w:t>
      </w:r>
      <w:proofErr w:type="spellStart"/>
      <w:r w:rsidR="00A5457C">
        <w:t>ilości</w:t>
      </w:r>
      <w:proofErr w:type="spellEnd"/>
      <w:r w:rsidR="00A5457C">
        <w:t xml:space="preserve"> </w:t>
      </w:r>
      <w:proofErr w:type="spellStart"/>
      <w:r w:rsidR="00A5457C">
        <w:t>osób</w:t>
      </w:r>
      <w:proofErr w:type="spellEnd"/>
      <w:r w:rsidR="00A5457C">
        <w:t xml:space="preserve"> w </w:t>
      </w:r>
      <w:proofErr w:type="spellStart"/>
      <w:r w:rsidR="00A5457C">
        <w:t>danej</w:t>
      </w:r>
      <w:proofErr w:type="spellEnd"/>
      <w:r w:rsidR="00A5457C">
        <w:t xml:space="preserve"> </w:t>
      </w:r>
      <w:proofErr w:type="spellStart"/>
      <w:r w:rsidR="00A5457C">
        <w:t>kategorii</w:t>
      </w:r>
      <w:proofErr w:type="spellEnd"/>
      <w:r w:rsidR="00A5457C">
        <w:t xml:space="preserve">. </w:t>
      </w:r>
    </w:p>
    <w:p w14:paraId="76D1C791" w14:textId="77777777" w:rsidR="0003362B" w:rsidRDefault="00000000">
      <w:pPr>
        <w:pStyle w:val="Nagwek2"/>
      </w:pPr>
      <w:r>
        <w:t>§ 3. Charakter wydarzenia</w:t>
      </w:r>
    </w:p>
    <w:p w14:paraId="68E1FD69" w14:textId="77777777" w:rsidR="0003362B" w:rsidRDefault="00000000">
      <w:pPr>
        <w:pStyle w:val="Listapunktowana"/>
      </w:pPr>
      <w:r>
        <w:t>Uczestnicy pokonują przygotowany w hali tor biegowo-sprawnościowy z przeszkodami, w tym elementami wykorzystującymi opony.</w:t>
      </w:r>
    </w:p>
    <w:p w14:paraId="40C3892D" w14:textId="77777777" w:rsidR="0003362B" w:rsidRDefault="00000000">
      <w:pPr>
        <w:pStyle w:val="Listapunktowana"/>
      </w:pPr>
      <w:r>
        <w:t>Długość i trudność trasy mogą być dostosowane do wieku uczestników. Organizator ma prawo zmienić układ przeszkód ze względów bezpieczeństwa.</w:t>
      </w:r>
    </w:p>
    <w:p w14:paraId="287249A2" w14:textId="77777777" w:rsidR="0003362B" w:rsidRDefault="00000000">
      <w:pPr>
        <w:pStyle w:val="Listapunktowana"/>
      </w:pPr>
      <w:r>
        <w:t>Uczestnicy wykonują zadania zgodnie z instrukcjami obsługi toru; zabrania się omijania przeszkód w sposób niezgodny z zasadami podanymi przed startem.</w:t>
      </w:r>
    </w:p>
    <w:p w14:paraId="437F8DDD" w14:textId="77777777" w:rsidR="0003362B" w:rsidRDefault="00000000">
      <w:pPr>
        <w:pStyle w:val="Nagwek2"/>
      </w:pPr>
      <w:r>
        <w:t>§ 4. Kategorie wiekowe</w:t>
      </w:r>
    </w:p>
    <w:p w14:paraId="0F72321A" w14:textId="77777777" w:rsidR="0003362B" w:rsidRDefault="00000000">
      <w:pPr>
        <w:pStyle w:val="Listapunktowana"/>
      </w:pPr>
      <w:r>
        <w:t>3–4 lata – „Biegnę, bo mama mnie zapisała”</w:t>
      </w:r>
    </w:p>
    <w:p w14:paraId="2AF8C89E" w14:textId="77777777" w:rsidR="0003362B" w:rsidRDefault="00000000">
      <w:pPr>
        <w:pStyle w:val="Listapunktowana"/>
      </w:pPr>
      <w:r>
        <w:t>5–6 lat – „Co ja tu robię?”</w:t>
      </w:r>
    </w:p>
    <w:p w14:paraId="25351F94" w14:textId="77777777" w:rsidR="0003362B" w:rsidRDefault="00000000">
      <w:pPr>
        <w:pStyle w:val="Listapunktowana"/>
      </w:pPr>
      <w:r>
        <w:t>7–9 lat – „Przeszkody? Jakie przeszkody?”</w:t>
      </w:r>
    </w:p>
    <w:p w14:paraId="020943DD" w14:textId="77777777" w:rsidR="0003362B" w:rsidRDefault="00000000">
      <w:pPr>
        <w:pStyle w:val="Listapunktowana"/>
      </w:pPr>
      <w:r>
        <w:t>10–12 lat – „Obiecali mi medal”</w:t>
      </w:r>
    </w:p>
    <w:p w14:paraId="387D399F" w14:textId="77777777" w:rsidR="0003362B" w:rsidRDefault="00000000">
      <w:pPr>
        <w:pStyle w:val="Listapunktowana"/>
      </w:pPr>
      <w:r>
        <w:t>13–15 lat – „Miałem inne plany”</w:t>
      </w:r>
    </w:p>
    <w:p w14:paraId="3718556B" w14:textId="77777777" w:rsidR="0003362B" w:rsidRDefault="00000000">
      <w:pPr>
        <w:pStyle w:val="Listapunktowana"/>
      </w:pPr>
      <w:r>
        <w:t>16 lat i więcej – „Ofiary własnej ambicji ;)”</w:t>
      </w:r>
    </w:p>
    <w:p w14:paraId="3B91AD62" w14:textId="77777777" w:rsidR="0003362B" w:rsidRDefault="00000000">
      <w:pPr>
        <w:pStyle w:val="Listapunktowana"/>
      </w:pPr>
      <w:r>
        <w:t>O przynależności do kategorii decyduje wiek uczestnika w dniu wydarzenia.</w:t>
      </w:r>
    </w:p>
    <w:p w14:paraId="5EB55554" w14:textId="77777777" w:rsidR="0003362B" w:rsidRDefault="00000000">
      <w:pPr>
        <w:pStyle w:val="Nagwek2"/>
      </w:pPr>
      <w:r>
        <w:t>§ 5. Zgłoszenia i udział</w:t>
      </w:r>
    </w:p>
    <w:p w14:paraId="6D97515A" w14:textId="77777777" w:rsidR="0003362B" w:rsidRDefault="00000000">
      <w:pPr>
        <w:pStyle w:val="Listapunktowana"/>
      </w:pPr>
      <w:r>
        <w:t>Zgłoszenia przyjmowane są za pośrednictwem Formularza Google: https://forms.gle/pdFKgy8bExmRSni37. W dniu wydarzenia możliwe będą również zapisy na miejscu, wyłącznie pod warunkiem niewyczerpania limitu uczestników.</w:t>
      </w:r>
    </w:p>
    <w:p w14:paraId="6118E1BB" w14:textId="77777777" w:rsidR="0003362B" w:rsidRDefault="00000000">
      <w:pPr>
        <w:pStyle w:val="Listapunktowana"/>
      </w:pPr>
      <w:r>
        <w:t>Limit uczestników wynosi 120 osób. O przyjęciu decyduje kolejność prawidłowo dokonanych zgłoszeń. Zapisy internetowe i zapisy na miejscu prowadzone są do wyczerpania limitu miejsc.</w:t>
      </w:r>
    </w:p>
    <w:p w14:paraId="12989C7A" w14:textId="77777777" w:rsidR="0003362B" w:rsidRDefault="00000000">
      <w:pPr>
        <w:pStyle w:val="Listapunktowana"/>
      </w:pPr>
      <w:r>
        <w:t>Udział w Halowym Wyzwaniu Biegowym jest bezpłatny.</w:t>
      </w:r>
    </w:p>
    <w:p w14:paraId="03B7AA1F" w14:textId="77777777" w:rsidR="0003362B" w:rsidRDefault="00000000">
      <w:pPr>
        <w:pStyle w:val="Listapunktowana"/>
      </w:pPr>
      <w:r>
        <w:t>Osoby niepełnoletnie mogą wziąć udział za zgodą rodzica lub opiekuna prawnego. Dzieci pozostają pod opieką rodziców lub opiekunów poza samym startem.</w:t>
      </w:r>
    </w:p>
    <w:p w14:paraId="38062AC6" w14:textId="77777777" w:rsidR="0003362B" w:rsidRDefault="00000000">
      <w:pPr>
        <w:pStyle w:val="Nagwek2"/>
      </w:pPr>
      <w:r>
        <w:lastRenderedPageBreak/>
        <w:t>§ 6. Zasady bezpieczeństwa</w:t>
      </w:r>
    </w:p>
    <w:p w14:paraId="5FA3BAA8" w14:textId="77777777" w:rsidR="0003362B" w:rsidRDefault="00000000">
      <w:pPr>
        <w:pStyle w:val="Listapunktowana"/>
      </w:pPr>
      <w:r>
        <w:t>Uczestnik powinien posiadać odpowiedni do wysiłku strój sportowy i czyste obuwie sportowe przeznaczone do użytkowania w hali.</w:t>
      </w:r>
    </w:p>
    <w:p w14:paraId="273C98DF" w14:textId="77777777" w:rsidR="0003362B" w:rsidRDefault="00000000">
      <w:pPr>
        <w:pStyle w:val="Listapunktowana"/>
      </w:pPr>
      <w:r>
        <w:t>Na torze należy stosować się do poleceń organizatora i obsługi. Organizator może nie dopuścić do startu lub przerwać udział osoby stwarzającej zagrożenie dla siebie albo innych.</w:t>
      </w:r>
    </w:p>
    <w:p w14:paraId="5AC174AF" w14:textId="77777777" w:rsidR="0003362B" w:rsidRDefault="00000000">
      <w:pPr>
        <w:pStyle w:val="Listapunktowana"/>
      </w:pPr>
      <w:r>
        <w:t>Udział powinien być dostosowany do stanu zdrowia i możliwości uczestnika. W przypadku złego samopoczucia należy przerwać wysiłek i powiadomić obsługę.</w:t>
      </w:r>
    </w:p>
    <w:p w14:paraId="4AA636F7" w14:textId="77777777" w:rsidR="0003362B" w:rsidRDefault="00000000">
      <w:pPr>
        <w:pStyle w:val="Nagwek2"/>
      </w:pPr>
      <w:r>
        <w:t>§ 7. Klasyfikacja i nagrody</w:t>
      </w:r>
    </w:p>
    <w:p w14:paraId="65976FF4" w14:textId="77777777" w:rsidR="0003362B" w:rsidRDefault="00000000">
      <w:pPr>
        <w:pStyle w:val="Listapunktowana"/>
      </w:pPr>
      <w:r>
        <w:t>W każdej kategorii wiekowej prowadzona będzie odrębna klasyfikacja dziewcząt/kobiet oraz chłopców/mężczyzn. O zajętym miejscu decyduje czas prawidłowego pokonania toru, mierzony przez wolontariuszy Klubu Wolontariuszy przy CUS Sochaczew.</w:t>
      </w:r>
    </w:p>
    <w:p w14:paraId="7DAED5C1" w14:textId="77777777" w:rsidR="0003362B" w:rsidRDefault="00000000">
      <w:pPr>
        <w:pStyle w:val="Listapunktowana"/>
      </w:pPr>
      <w:r>
        <w:t>Trzy najlepsze osoby w każdej kategorii wiekowej, osobno w klasyfikacji dziewcząt/kobiet i chłopców/mężczyzn, otrzymają nagrody za miejsca I–III. Każdy uczestnik, który ukończy wyzwanie, otrzyma pamiątkowy medal i dyplom.</w:t>
      </w:r>
    </w:p>
    <w:p w14:paraId="374B3F74" w14:textId="77777777" w:rsidR="0003362B" w:rsidRDefault="00000000">
      <w:pPr>
        <w:pStyle w:val="Listapunktowana"/>
      </w:pPr>
      <w:r>
        <w:t>Dodatkową nagrodę otrzyma uczestnik, który ukończył wszystkie tegoroczne Wyzwania Biegowe i podczas Halowego Wyzwania Biegowego okaże komplet zdobytych w nich medali. Weryfikację uprawnienia do nagrody przeprowadza organizator.</w:t>
      </w:r>
    </w:p>
    <w:p w14:paraId="5CCE262C" w14:textId="77777777" w:rsidR="0003362B" w:rsidRDefault="00000000">
      <w:pPr>
        <w:pStyle w:val="Nagwek2"/>
      </w:pPr>
      <w:r>
        <w:t>§ 8. Postanowienia organizacyjne</w:t>
      </w:r>
    </w:p>
    <w:p w14:paraId="6B9B4870" w14:textId="77777777" w:rsidR="0003362B" w:rsidRDefault="00000000">
      <w:pPr>
        <w:pStyle w:val="Listapunktowana"/>
      </w:pPr>
      <w:r>
        <w:t>Organizator może wprowadzić uzasadnione zmiany w harmonogramie i przebiegu wydarzenia, w szczególności ze względów bezpieczeństwa.</w:t>
      </w:r>
    </w:p>
    <w:p w14:paraId="3F36E474" w14:textId="77777777" w:rsidR="0003362B" w:rsidRDefault="00000000">
      <w:pPr>
        <w:pStyle w:val="Listapunktowana"/>
      </w:pPr>
      <w:r>
        <w:t>Informacja o przetwarzaniu danych osobowych stanowi załącznik nr 1 do niniejszego regulaminu i jest udostępniana uczestnikom przy zapisach.</w:t>
      </w:r>
    </w:p>
    <w:p w14:paraId="37E7020B" w14:textId="77777777" w:rsidR="0003362B" w:rsidRDefault="00000000">
      <w:pPr>
        <w:pStyle w:val="Listapunktowana"/>
      </w:pPr>
      <w:r>
        <w:t>W sprawach nieuregulowanych niniejszym regulaminem decyzje organizacyjne podejmuje organizator, z poszanowaniem obowiązujących przepisów.</w:t>
      </w:r>
    </w:p>
    <w:p w14:paraId="344639E9" w14:textId="77777777" w:rsidR="0003362B" w:rsidRDefault="00000000">
      <w:r>
        <w:br w:type="page"/>
      </w:r>
    </w:p>
    <w:p w14:paraId="5A7FAE70" w14:textId="77777777" w:rsidR="00003126" w:rsidRPr="00003126" w:rsidRDefault="00003126" w:rsidP="00003126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proofErr w:type="spellStart"/>
      <w:r w:rsidRPr="00003126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lastRenderedPageBreak/>
        <w:t>Załącznik</w:t>
      </w:r>
      <w:proofErr w:type="spellEnd"/>
      <w:r w:rsidRPr="00003126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 xml:space="preserve"> nr 1. </w:t>
      </w:r>
      <w:proofErr w:type="spellStart"/>
      <w:r w:rsidRPr="00003126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>Klauzula</w:t>
      </w:r>
      <w:proofErr w:type="spellEnd"/>
      <w:r w:rsidRPr="00003126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>informacyjna</w:t>
      </w:r>
      <w:proofErr w:type="spellEnd"/>
      <w:r w:rsidRPr="00003126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 xml:space="preserve"> RODO</w:t>
      </w:r>
    </w:p>
    <w:p w14:paraId="6F53F320" w14:textId="77777777" w:rsidR="00003126" w:rsidRPr="00003126" w:rsidRDefault="00003126" w:rsidP="00003126">
      <w:proofErr w:type="spellStart"/>
      <w:r w:rsidRPr="00003126">
        <w:t>Informacja</w:t>
      </w:r>
      <w:proofErr w:type="spellEnd"/>
      <w:r w:rsidRPr="00003126">
        <w:t xml:space="preserve"> </w:t>
      </w:r>
      <w:proofErr w:type="spellStart"/>
      <w:r w:rsidRPr="00003126">
        <w:t>dla</w:t>
      </w:r>
      <w:proofErr w:type="spellEnd"/>
      <w:r w:rsidRPr="00003126">
        <w:t xml:space="preserve"> </w:t>
      </w:r>
      <w:proofErr w:type="spellStart"/>
      <w:r w:rsidRPr="00003126">
        <w:t>uczestników</w:t>
      </w:r>
      <w:proofErr w:type="spellEnd"/>
      <w:r w:rsidRPr="00003126">
        <w:t xml:space="preserve"> </w:t>
      </w:r>
      <w:proofErr w:type="spellStart"/>
      <w:r w:rsidRPr="00003126">
        <w:t>Halowego</w:t>
      </w:r>
      <w:proofErr w:type="spellEnd"/>
      <w:r w:rsidRPr="00003126">
        <w:t xml:space="preserve"> </w:t>
      </w:r>
      <w:proofErr w:type="spellStart"/>
      <w:r w:rsidRPr="00003126">
        <w:t>Wyzwania</w:t>
      </w:r>
      <w:proofErr w:type="spellEnd"/>
      <w:r w:rsidRPr="00003126">
        <w:t xml:space="preserve"> </w:t>
      </w:r>
      <w:proofErr w:type="spellStart"/>
      <w:r w:rsidRPr="00003126">
        <w:t>Biegowego</w:t>
      </w:r>
      <w:proofErr w:type="spellEnd"/>
      <w:r w:rsidRPr="00003126">
        <w:t xml:space="preserve"> 2026 </w:t>
      </w:r>
      <w:proofErr w:type="spellStart"/>
      <w:r w:rsidRPr="00003126">
        <w:t>oraz</w:t>
      </w:r>
      <w:proofErr w:type="spellEnd"/>
      <w:r w:rsidRPr="00003126">
        <w:t xml:space="preserve"> </w:t>
      </w:r>
      <w:proofErr w:type="spellStart"/>
      <w:r w:rsidRPr="00003126">
        <w:t>rodziców</w:t>
      </w:r>
      <w:proofErr w:type="spellEnd"/>
      <w:r w:rsidRPr="00003126">
        <w:t>/</w:t>
      </w:r>
      <w:proofErr w:type="spellStart"/>
      <w:r w:rsidRPr="00003126">
        <w:t>opiekunów</w:t>
      </w:r>
      <w:proofErr w:type="spellEnd"/>
      <w:r w:rsidRPr="00003126">
        <w:t xml:space="preserve"> </w:t>
      </w:r>
      <w:proofErr w:type="spellStart"/>
      <w:r w:rsidRPr="00003126">
        <w:t>prawnych</w:t>
      </w:r>
      <w:proofErr w:type="spellEnd"/>
      <w:r w:rsidRPr="00003126">
        <w:t xml:space="preserve"> </w:t>
      </w:r>
      <w:proofErr w:type="spellStart"/>
      <w:r w:rsidRPr="00003126">
        <w:t>uczestników</w:t>
      </w:r>
      <w:proofErr w:type="spellEnd"/>
      <w:r w:rsidRPr="00003126">
        <w:t xml:space="preserve"> </w:t>
      </w:r>
      <w:proofErr w:type="spellStart"/>
      <w:r w:rsidRPr="00003126">
        <w:t>niepełnoletnich</w:t>
      </w:r>
      <w:proofErr w:type="spellEnd"/>
      <w:r w:rsidRPr="00003126">
        <w:t xml:space="preserve"> (art. 13 RODO).</w:t>
      </w:r>
    </w:p>
    <w:p w14:paraId="02A2F6CF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1. Administrator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danych</w:t>
      </w:r>
      <w:proofErr w:type="spellEnd"/>
    </w:p>
    <w:p w14:paraId="40E31121" w14:textId="77777777" w:rsidR="00003126" w:rsidRPr="00003126" w:rsidRDefault="00003126" w:rsidP="00003126">
      <w:proofErr w:type="spellStart"/>
      <w:r w:rsidRPr="00003126">
        <w:t>Administratorem</w:t>
      </w:r>
      <w:proofErr w:type="spellEnd"/>
      <w:r w:rsidRPr="00003126">
        <w:t xml:space="preserve"> </w:t>
      </w:r>
      <w:proofErr w:type="spellStart"/>
      <w:r w:rsidRPr="00003126">
        <w:t>danych</w:t>
      </w:r>
      <w:proofErr w:type="spellEnd"/>
      <w:r w:rsidRPr="00003126">
        <w:t xml:space="preserve"> </w:t>
      </w:r>
      <w:proofErr w:type="spellStart"/>
      <w:r w:rsidRPr="00003126">
        <w:t>osobowych</w:t>
      </w:r>
      <w:proofErr w:type="spellEnd"/>
      <w:r w:rsidRPr="00003126">
        <w:t xml:space="preserve"> jest </w:t>
      </w:r>
      <w:proofErr w:type="spellStart"/>
      <w:r w:rsidRPr="00003126">
        <w:t>Miejski</w:t>
      </w:r>
      <w:proofErr w:type="spellEnd"/>
      <w:r w:rsidRPr="00003126">
        <w:t xml:space="preserve"> Ośrodek </w:t>
      </w:r>
      <w:proofErr w:type="spellStart"/>
      <w:r w:rsidRPr="00003126">
        <w:t>Sportu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</w:t>
      </w:r>
      <w:proofErr w:type="spellStart"/>
      <w:r w:rsidRPr="00003126">
        <w:t>Rekreacji</w:t>
      </w:r>
      <w:proofErr w:type="spellEnd"/>
      <w:r w:rsidRPr="00003126">
        <w:t xml:space="preserve"> w Sochaczewie, ul. </w:t>
      </w:r>
      <w:proofErr w:type="spellStart"/>
      <w:r w:rsidRPr="00003126">
        <w:t>Olimpijska</w:t>
      </w:r>
      <w:proofErr w:type="spellEnd"/>
      <w:r w:rsidRPr="00003126">
        <w:t xml:space="preserve"> 3, 96-500 Sochaczew, tel. 46 862 77 59.</w:t>
      </w:r>
    </w:p>
    <w:p w14:paraId="62150617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2. Inspektor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ochrony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danych</w:t>
      </w:r>
      <w:proofErr w:type="spellEnd"/>
    </w:p>
    <w:p w14:paraId="5B978ECC" w14:textId="77777777" w:rsidR="00003126" w:rsidRPr="00003126" w:rsidRDefault="00003126" w:rsidP="00003126">
      <w:r w:rsidRPr="00003126">
        <w:t xml:space="preserve">W </w:t>
      </w:r>
      <w:proofErr w:type="spellStart"/>
      <w:r w:rsidRPr="00003126">
        <w:t>sprawach</w:t>
      </w:r>
      <w:proofErr w:type="spellEnd"/>
      <w:r w:rsidRPr="00003126">
        <w:t xml:space="preserve"> </w:t>
      </w:r>
      <w:proofErr w:type="spellStart"/>
      <w:r w:rsidRPr="00003126">
        <w:t>ochrony</w:t>
      </w:r>
      <w:proofErr w:type="spellEnd"/>
      <w:r w:rsidRPr="00003126">
        <w:t xml:space="preserve"> </w:t>
      </w:r>
      <w:proofErr w:type="spellStart"/>
      <w:r w:rsidRPr="00003126">
        <w:t>danych</w:t>
      </w:r>
      <w:proofErr w:type="spellEnd"/>
      <w:r w:rsidRPr="00003126">
        <w:t xml:space="preserve"> </w:t>
      </w:r>
      <w:proofErr w:type="spellStart"/>
      <w:r w:rsidRPr="00003126">
        <w:t>osobowych</w:t>
      </w:r>
      <w:proofErr w:type="spellEnd"/>
      <w:r w:rsidRPr="00003126">
        <w:t xml:space="preserve"> </w:t>
      </w:r>
      <w:proofErr w:type="spellStart"/>
      <w:r w:rsidRPr="00003126">
        <w:t>można</w:t>
      </w:r>
      <w:proofErr w:type="spellEnd"/>
      <w:r w:rsidRPr="00003126">
        <w:t xml:space="preserve"> </w:t>
      </w:r>
      <w:proofErr w:type="spellStart"/>
      <w:r w:rsidRPr="00003126">
        <w:t>kontaktować</w:t>
      </w:r>
      <w:proofErr w:type="spellEnd"/>
      <w:r w:rsidRPr="00003126">
        <w:t xml:space="preserve"> </w:t>
      </w:r>
      <w:proofErr w:type="spellStart"/>
      <w:r w:rsidRPr="00003126">
        <w:t>się</w:t>
      </w:r>
      <w:proofErr w:type="spellEnd"/>
      <w:r w:rsidRPr="00003126">
        <w:t xml:space="preserve"> pod </w:t>
      </w:r>
      <w:proofErr w:type="spellStart"/>
      <w:r w:rsidRPr="00003126">
        <w:t>adresem</w:t>
      </w:r>
      <w:proofErr w:type="spellEnd"/>
      <w:r w:rsidRPr="00003126">
        <w:t xml:space="preserve"> e-mail: mosir@mosir.sochaczew.pl. </w:t>
      </w:r>
      <w:proofErr w:type="spellStart"/>
      <w:r w:rsidRPr="00003126">
        <w:t>Przed</w:t>
      </w:r>
      <w:proofErr w:type="spellEnd"/>
      <w:r w:rsidRPr="00003126">
        <w:t xml:space="preserve"> </w:t>
      </w:r>
      <w:proofErr w:type="spellStart"/>
      <w:r w:rsidRPr="00003126">
        <w:t>publikacją</w:t>
      </w:r>
      <w:proofErr w:type="spellEnd"/>
      <w:r w:rsidRPr="00003126">
        <w:t xml:space="preserve"> </w:t>
      </w:r>
      <w:proofErr w:type="spellStart"/>
      <w:r w:rsidRPr="00003126">
        <w:t>należy</w:t>
      </w:r>
      <w:proofErr w:type="spellEnd"/>
      <w:r w:rsidRPr="00003126">
        <w:t xml:space="preserve"> </w:t>
      </w:r>
      <w:proofErr w:type="spellStart"/>
      <w:r w:rsidRPr="00003126">
        <w:t>potwierdzić</w:t>
      </w:r>
      <w:proofErr w:type="spellEnd"/>
      <w:r w:rsidRPr="00003126">
        <w:t xml:space="preserve">, </w:t>
      </w:r>
      <w:proofErr w:type="spellStart"/>
      <w:r w:rsidRPr="00003126">
        <w:t>czy</w:t>
      </w:r>
      <w:proofErr w:type="spellEnd"/>
      <w:r w:rsidRPr="00003126">
        <w:t xml:space="preserve"> jest to </w:t>
      </w:r>
      <w:proofErr w:type="spellStart"/>
      <w:r w:rsidRPr="00003126">
        <w:t>również</w:t>
      </w:r>
      <w:proofErr w:type="spellEnd"/>
      <w:r w:rsidRPr="00003126">
        <w:t xml:space="preserve"> </w:t>
      </w:r>
      <w:proofErr w:type="spellStart"/>
      <w:r w:rsidRPr="00003126">
        <w:t>właściwy</w:t>
      </w:r>
      <w:proofErr w:type="spellEnd"/>
      <w:r w:rsidRPr="00003126">
        <w:t xml:space="preserve"> </w:t>
      </w:r>
      <w:proofErr w:type="spellStart"/>
      <w:r w:rsidRPr="00003126">
        <w:t>adres</w:t>
      </w:r>
      <w:proofErr w:type="spellEnd"/>
      <w:r w:rsidRPr="00003126">
        <w:t xml:space="preserve"> </w:t>
      </w:r>
      <w:proofErr w:type="spellStart"/>
      <w:r w:rsidRPr="00003126">
        <w:t>kontaktowy</w:t>
      </w:r>
      <w:proofErr w:type="spellEnd"/>
      <w:r w:rsidRPr="00003126">
        <w:t xml:space="preserve"> </w:t>
      </w:r>
      <w:proofErr w:type="spellStart"/>
      <w:r w:rsidRPr="00003126">
        <w:t>inspektora</w:t>
      </w:r>
      <w:proofErr w:type="spellEnd"/>
      <w:r w:rsidRPr="00003126">
        <w:t xml:space="preserve"> </w:t>
      </w:r>
      <w:proofErr w:type="spellStart"/>
      <w:r w:rsidRPr="00003126">
        <w:t>ochrony</w:t>
      </w:r>
      <w:proofErr w:type="spellEnd"/>
      <w:r w:rsidRPr="00003126">
        <w:t xml:space="preserve"> </w:t>
      </w:r>
      <w:proofErr w:type="spellStart"/>
      <w:r w:rsidRPr="00003126">
        <w:t>danych</w:t>
      </w:r>
      <w:proofErr w:type="spellEnd"/>
      <w:r w:rsidRPr="00003126">
        <w:t>.</w:t>
      </w:r>
    </w:p>
    <w:p w14:paraId="604E1E45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3. Cele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i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podstawy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przetwarzania</w:t>
      </w:r>
      <w:proofErr w:type="spellEnd"/>
    </w:p>
    <w:p w14:paraId="2FEC2811" w14:textId="77777777" w:rsidR="00003126" w:rsidRPr="00003126" w:rsidRDefault="00003126" w:rsidP="00003126">
      <w:r w:rsidRPr="00003126">
        <w:t xml:space="preserve">Dane </w:t>
      </w:r>
      <w:proofErr w:type="spellStart"/>
      <w:r w:rsidRPr="00003126">
        <w:t>uczestników</w:t>
      </w:r>
      <w:proofErr w:type="spellEnd"/>
      <w:r w:rsidRPr="00003126">
        <w:t xml:space="preserve"> </w:t>
      </w:r>
      <w:proofErr w:type="spellStart"/>
      <w:r w:rsidRPr="00003126">
        <w:t>oraz</w:t>
      </w:r>
      <w:proofErr w:type="spellEnd"/>
      <w:r w:rsidRPr="00003126">
        <w:t xml:space="preserve">, w </w:t>
      </w:r>
      <w:proofErr w:type="spellStart"/>
      <w:r w:rsidRPr="00003126">
        <w:t>przypadku</w:t>
      </w:r>
      <w:proofErr w:type="spellEnd"/>
      <w:r w:rsidRPr="00003126">
        <w:t xml:space="preserve"> </w:t>
      </w:r>
      <w:proofErr w:type="spellStart"/>
      <w:r w:rsidRPr="00003126">
        <w:t>osób</w:t>
      </w:r>
      <w:proofErr w:type="spellEnd"/>
      <w:r w:rsidRPr="00003126">
        <w:t xml:space="preserve"> </w:t>
      </w:r>
      <w:proofErr w:type="spellStart"/>
      <w:r w:rsidRPr="00003126">
        <w:t>niepełnoletnich</w:t>
      </w:r>
      <w:proofErr w:type="spellEnd"/>
      <w:r w:rsidRPr="00003126">
        <w:t xml:space="preserve">, </w:t>
      </w:r>
      <w:proofErr w:type="spellStart"/>
      <w:r w:rsidRPr="00003126">
        <w:t>rodziców</w:t>
      </w:r>
      <w:proofErr w:type="spellEnd"/>
      <w:r w:rsidRPr="00003126">
        <w:t xml:space="preserve"> </w:t>
      </w:r>
      <w:proofErr w:type="spellStart"/>
      <w:r w:rsidRPr="00003126">
        <w:t>lub</w:t>
      </w:r>
      <w:proofErr w:type="spellEnd"/>
      <w:r w:rsidRPr="00003126">
        <w:t xml:space="preserve"> </w:t>
      </w:r>
      <w:proofErr w:type="spellStart"/>
      <w:r w:rsidRPr="00003126">
        <w:t>opiekunów</w:t>
      </w:r>
      <w:proofErr w:type="spellEnd"/>
      <w:r w:rsidRPr="00003126">
        <w:t xml:space="preserve"> </w:t>
      </w:r>
      <w:proofErr w:type="spellStart"/>
      <w:r w:rsidRPr="00003126">
        <w:t>prawnych</w:t>
      </w:r>
      <w:proofErr w:type="spellEnd"/>
      <w:r w:rsidRPr="00003126">
        <w:t xml:space="preserve"> </w:t>
      </w:r>
      <w:proofErr w:type="spellStart"/>
      <w:r w:rsidRPr="00003126">
        <w:t>przetwarzane</w:t>
      </w:r>
      <w:proofErr w:type="spellEnd"/>
      <w:r w:rsidRPr="00003126">
        <w:t xml:space="preserve"> </w:t>
      </w:r>
      <w:proofErr w:type="spellStart"/>
      <w:r w:rsidRPr="00003126">
        <w:t>są</w:t>
      </w:r>
      <w:proofErr w:type="spellEnd"/>
      <w:r w:rsidRPr="00003126">
        <w:t xml:space="preserve"> w </w:t>
      </w:r>
      <w:proofErr w:type="spellStart"/>
      <w:r w:rsidRPr="00003126">
        <w:t>celu</w:t>
      </w:r>
      <w:proofErr w:type="spellEnd"/>
      <w:r w:rsidRPr="00003126">
        <w:t xml:space="preserve"> </w:t>
      </w:r>
      <w:proofErr w:type="spellStart"/>
      <w:r w:rsidRPr="00003126">
        <w:t>przyjęcia</w:t>
      </w:r>
      <w:proofErr w:type="spellEnd"/>
      <w:r w:rsidRPr="00003126">
        <w:t xml:space="preserve"> </w:t>
      </w:r>
      <w:proofErr w:type="spellStart"/>
      <w:r w:rsidRPr="00003126">
        <w:t>zgłoszenia</w:t>
      </w:r>
      <w:proofErr w:type="spellEnd"/>
      <w:r w:rsidRPr="00003126">
        <w:t xml:space="preserve">, </w:t>
      </w:r>
      <w:proofErr w:type="spellStart"/>
      <w:r w:rsidRPr="00003126">
        <w:t>organizacji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</w:t>
      </w:r>
      <w:proofErr w:type="spellStart"/>
      <w:r w:rsidRPr="00003126">
        <w:t>przeprowadzenia</w:t>
      </w:r>
      <w:proofErr w:type="spellEnd"/>
      <w:r w:rsidRPr="00003126">
        <w:t xml:space="preserve"> </w:t>
      </w:r>
      <w:proofErr w:type="spellStart"/>
      <w:r w:rsidRPr="00003126">
        <w:t>zawodów</w:t>
      </w:r>
      <w:proofErr w:type="spellEnd"/>
      <w:r w:rsidRPr="00003126">
        <w:t xml:space="preserve">, </w:t>
      </w:r>
      <w:proofErr w:type="spellStart"/>
      <w:r w:rsidRPr="00003126">
        <w:t>pomiaru</w:t>
      </w:r>
      <w:proofErr w:type="spellEnd"/>
      <w:r w:rsidRPr="00003126">
        <w:t xml:space="preserve"> </w:t>
      </w:r>
      <w:proofErr w:type="spellStart"/>
      <w:r w:rsidRPr="00003126">
        <w:t>czasu</w:t>
      </w:r>
      <w:proofErr w:type="spellEnd"/>
      <w:r w:rsidRPr="00003126">
        <w:t xml:space="preserve">, </w:t>
      </w:r>
      <w:proofErr w:type="spellStart"/>
      <w:r w:rsidRPr="00003126">
        <w:t>ustalenia</w:t>
      </w:r>
      <w:proofErr w:type="spellEnd"/>
      <w:r w:rsidRPr="00003126">
        <w:t xml:space="preserve"> </w:t>
      </w:r>
      <w:proofErr w:type="spellStart"/>
      <w:r w:rsidRPr="00003126">
        <w:t>wyników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</w:t>
      </w:r>
      <w:proofErr w:type="spellStart"/>
      <w:r w:rsidRPr="00003126">
        <w:t>klasyfikacji</w:t>
      </w:r>
      <w:proofErr w:type="spellEnd"/>
      <w:r w:rsidRPr="00003126">
        <w:t xml:space="preserve">, </w:t>
      </w:r>
      <w:proofErr w:type="spellStart"/>
      <w:r w:rsidRPr="00003126">
        <w:t>przyznania</w:t>
      </w:r>
      <w:proofErr w:type="spellEnd"/>
      <w:r w:rsidRPr="00003126">
        <w:t xml:space="preserve"> </w:t>
      </w:r>
      <w:proofErr w:type="spellStart"/>
      <w:r w:rsidRPr="00003126">
        <w:t>nagród</w:t>
      </w:r>
      <w:proofErr w:type="spellEnd"/>
      <w:r w:rsidRPr="00003126">
        <w:t xml:space="preserve"> </w:t>
      </w:r>
      <w:proofErr w:type="spellStart"/>
      <w:r w:rsidRPr="00003126">
        <w:t>oraz</w:t>
      </w:r>
      <w:proofErr w:type="spellEnd"/>
      <w:r w:rsidRPr="00003126">
        <w:t xml:space="preserve"> </w:t>
      </w:r>
      <w:proofErr w:type="spellStart"/>
      <w:r w:rsidRPr="00003126">
        <w:t>kontaktu</w:t>
      </w:r>
      <w:proofErr w:type="spellEnd"/>
      <w:r w:rsidRPr="00003126">
        <w:t xml:space="preserve"> </w:t>
      </w:r>
      <w:proofErr w:type="spellStart"/>
      <w:r w:rsidRPr="00003126">
        <w:t>organizacyjnego</w:t>
      </w:r>
      <w:proofErr w:type="spellEnd"/>
      <w:r w:rsidRPr="00003126">
        <w:t xml:space="preserve">. </w:t>
      </w:r>
      <w:proofErr w:type="spellStart"/>
      <w:r w:rsidRPr="00003126">
        <w:t>Podstawą</w:t>
      </w:r>
      <w:proofErr w:type="spellEnd"/>
      <w:r w:rsidRPr="00003126">
        <w:t xml:space="preserve"> </w:t>
      </w:r>
      <w:proofErr w:type="spellStart"/>
      <w:r w:rsidRPr="00003126">
        <w:t>prawną</w:t>
      </w:r>
      <w:proofErr w:type="spellEnd"/>
      <w:r w:rsidRPr="00003126">
        <w:t xml:space="preserve"> </w:t>
      </w:r>
      <w:proofErr w:type="spellStart"/>
      <w:r w:rsidRPr="00003126">
        <w:t>przetwarzania</w:t>
      </w:r>
      <w:proofErr w:type="spellEnd"/>
      <w:r w:rsidRPr="00003126">
        <w:t xml:space="preserve"> </w:t>
      </w:r>
      <w:proofErr w:type="spellStart"/>
      <w:r w:rsidRPr="00003126">
        <w:t>danych</w:t>
      </w:r>
      <w:proofErr w:type="spellEnd"/>
      <w:r w:rsidRPr="00003126">
        <w:t xml:space="preserve"> </w:t>
      </w:r>
      <w:proofErr w:type="spellStart"/>
      <w:r w:rsidRPr="00003126">
        <w:t>niezbędnych</w:t>
      </w:r>
      <w:proofErr w:type="spellEnd"/>
      <w:r w:rsidRPr="00003126">
        <w:t xml:space="preserve"> do </w:t>
      </w:r>
      <w:proofErr w:type="spellStart"/>
      <w:r w:rsidRPr="00003126">
        <w:t>realizacji</w:t>
      </w:r>
      <w:proofErr w:type="spellEnd"/>
      <w:r w:rsidRPr="00003126">
        <w:t xml:space="preserve"> </w:t>
      </w:r>
      <w:proofErr w:type="spellStart"/>
      <w:r w:rsidRPr="00003126">
        <w:t>zadań</w:t>
      </w:r>
      <w:proofErr w:type="spellEnd"/>
      <w:r w:rsidRPr="00003126">
        <w:t xml:space="preserve"> </w:t>
      </w:r>
      <w:proofErr w:type="spellStart"/>
      <w:r w:rsidRPr="00003126">
        <w:t>sportowo-rekreacyjnych</w:t>
      </w:r>
      <w:proofErr w:type="spellEnd"/>
      <w:r w:rsidRPr="00003126">
        <w:t xml:space="preserve"> jest art. 6 </w:t>
      </w:r>
      <w:proofErr w:type="spellStart"/>
      <w:r w:rsidRPr="00003126">
        <w:t>ust</w:t>
      </w:r>
      <w:proofErr w:type="spellEnd"/>
      <w:r w:rsidRPr="00003126">
        <w:t xml:space="preserve">. 1 lit. e RODO w </w:t>
      </w:r>
      <w:proofErr w:type="spellStart"/>
      <w:r w:rsidRPr="00003126">
        <w:t>związku</w:t>
      </w:r>
      <w:proofErr w:type="spellEnd"/>
      <w:r w:rsidRPr="00003126">
        <w:t xml:space="preserve"> z art. 7 </w:t>
      </w:r>
      <w:proofErr w:type="spellStart"/>
      <w:r w:rsidRPr="00003126">
        <w:t>ust</w:t>
      </w:r>
      <w:proofErr w:type="spellEnd"/>
      <w:r w:rsidRPr="00003126">
        <w:t xml:space="preserve">. 1 pkt 10 </w:t>
      </w:r>
      <w:proofErr w:type="spellStart"/>
      <w:r w:rsidRPr="00003126">
        <w:t>ustawy</w:t>
      </w:r>
      <w:proofErr w:type="spellEnd"/>
      <w:r w:rsidRPr="00003126">
        <w:t xml:space="preserve"> o </w:t>
      </w:r>
      <w:proofErr w:type="spellStart"/>
      <w:r w:rsidRPr="00003126">
        <w:t>samorządzie</w:t>
      </w:r>
      <w:proofErr w:type="spellEnd"/>
      <w:r w:rsidRPr="00003126">
        <w:t xml:space="preserve"> </w:t>
      </w:r>
      <w:proofErr w:type="spellStart"/>
      <w:r w:rsidRPr="00003126">
        <w:t>gminnym</w:t>
      </w:r>
      <w:proofErr w:type="spellEnd"/>
      <w:r w:rsidRPr="00003126">
        <w:t xml:space="preserve"> </w:t>
      </w:r>
      <w:proofErr w:type="spellStart"/>
      <w:r w:rsidRPr="00003126">
        <w:t>oraz</w:t>
      </w:r>
      <w:proofErr w:type="spellEnd"/>
      <w:r w:rsidRPr="00003126">
        <w:t xml:space="preserve"> </w:t>
      </w:r>
      <w:proofErr w:type="spellStart"/>
      <w:r w:rsidRPr="00003126">
        <w:t>przepisami</w:t>
      </w:r>
      <w:proofErr w:type="spellEnd"/>
      <w:r w:rsidRPr="00003126">
        <w:t xml:space="preserve"> </w:t>
      </w:r>
      <w:proofErr w:type="spellStart"/>
      <w:r w:rsidRPr="00003126">
        <w:t>określającymi</w:t>
      </w:r>
      <w:proofErr w:type="spellEnd"/>
      <w:r w:rsidRPr="00003126">
        <w:t xml:space="preserve"> </w:t>
      </w:r>
      <w:proofErr w:type="spellStart"/>
      <w:r w:rsidRPr="00003126">
        <w:t>zadania</w:t>
      </w:r>
      <w:proofErr w:type="spellEnd"/>
      <w:r w:rsidRPr="00003126">
        <w:t xml:space="preserve"> MOSiR. W </w:t>
      </w:r>
      <w:proofErr w:type="spellStart"/>
      <w:r w:rsidRPr="00003126">
        <w:t>zakresie</w:t>
      </w:r>
      <w:proofErr w:type="spellEnd"/>
      <w:r w:rsidRPr="00003126">
        <w:t xml:space="preserve"> </w:t>
      </w:r>
      <w:proofErr w:type="spellStart"/>
      <w:r w:rsidRPr="00003126">
        <w:t>obowiązków</w:t>
      </w:r>
      <w:proofErr w:type="spellEnd"/>
      <w:r w:rsidRPr="00003126">
        <w:t xml:space="preserve"> </w:t>
      </w:r>
      <w:proofErr w:type="spellStart"/>
      <w:r w:rsidRPr="00003126">
        <w:t>wynikających</w:t>
      </w:r>
      <w:proofErr w:type="spellEnd"/>
      <w:r w:rsidRPr="00003126">
        <w:t xml:space="preserve"> z </w:t>
      </w:r>
      <w:proofErr w:type="spellStart"/>
      <w:r w:rsidRPr="00003126">
        <w:t>prawa</w:t>
      </w:r>
      <w:proofErr w:type="spellEnd"/>
      <w:r w:rsidRPr="00003126">
        <w:t xml:space="preserve"> </w:t>
      </w:r>
      <w:proofErr w:type="spellStart"/>
      <w:r w:rsidRPr="00003126">
        <w:t>podstawę</w:t>
      </w:r>
      <w:proofErr w:type="spellEnd"/>
      <w:r w:rsidRPr="00003126">
        <w:t xml:space="preserve"> </w:t>
      </w:r>
      <w:proofErr w:type="spellStart"/>
      <w:r w:rsidRPr="00003126">
        <w:t>stanowi</w:t>
      </w:r>
      <w:proofErr w:type="spellEnd"/>
      <w:r w:rsidRPr="00003126">
        <w:t xml:space="preserve"> art. 6 </w:t>
      </w:r>
      <w:proofErr w:type="spellStart"/>
      <w:r w:rsidRPr="00003126">
        <w:t>ust</w:t>
      </w:r>
      <w:proofErr w:type="spellEnd"/>
      <w:r w:rsidRPr="00003126">
        <w:t xml:space="preserve">. 1 lit. c RODO. </w:t>
      </w:r>
      <w:proofErr w:type="spellStart"/>
      <w:r w:rsidRPr="00003126">
        <w:t>Wykorzystanie</w:t>
      </w:r>
      <w:proofErr w:type="spellEnd"/>
      <w:r w:rsidRPr="00003126">
        <w:t xml:space="preserve"> </w:t>
      </w:r>
      <w:proofErr w:type="spellStart"/>
      <w:r w:rsidRPr="00003126">
        <w:t>wizerunku</w:t>
      </w:r>
      <w:proofErr w:type="spellEnd"/>
      <w:r w:rsidRPr="00003126">
        <w:t xml:space="preserve"> w </w:t>
      </w:r>
      <w:proofErr w:type="spellStart"/>
      <w:r w:rsidRPr="00003126">
        <w:t>materiałach</w:t>
      </w:r>
      <w:proofErr w:type="spellEnd"/>
      <w:r w:rsidRPr="00003126">
        <w:t xml:space="preserve"> </w:t>
      </w:r>
      <w:proofErr w:type="spellStart"/>
      <w:r w:rsidRPr="00003126">
        <w:t>promocyjnych</w:t>
      </w:r>
      <w:proofErr w:type="spellEnd"/>
      <w:r w:rsidRPr="00003126">
        <w:t xml:space="preserve"> w </w:t>
      </w:r>
      <w:proofErr w:type="spellStart"/>
      <w:r w:rsidRPr="00003126">
        <w:t>zakresie</w:t>
      </w:r>
      <w:proofErr w:type="spellEnd"/>
      <w:r w:rsidRPr="00003126">
        <w:t xml:space="preserve"> </w:t>
      </w:r>
      <w:proofErr w:type="spellStart"/>
      <w:r w:rsidRPr="00003126">
        <w:t>wymagającym</w:t>
      </w:r>
      <w:proofErr w:type="spellEnd"/>
      <w:r w:rsidRPr="00003126">
        <w:t xml:space="preserve"> </w:t>
      </w:r>
      <w:proofErr w:type="spellStart"/>
      <w:r w:rsidRPr="00003126">
        <w:t>zgody</w:t>
      </w:r>
      <w:proofErr w:type="spellEnd"/>
      <w:r w:rsidRPr="00003126">
        <w:t xml:space="preserve"> </w:t>
      </w:r>
      <w:proofErr w:type="spellStart"/>
      <w:r w:rsidRPr="00003126">
        <w:t>odbywa</w:t>
      </w:r>
      <w:proofErr w:type="spellEnd"/>
      <w:r w:rsidRPr="00003126">
        <w:t xml:space="preserve"> </w:t>
      </w:r>
      <w:proofErr w:type="spellStart"/>
      <w:r w:rsidRPr="00003126">
        <w:t>się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podstawie</w:t>
      </w:r>
      <w:proofErr w:type="spellEnd"/>
      <w:r w:rsidRPr="00003126">
        <w:t xml:space="preserve"> </w:t>
      </w:r>
      <w:proofErr w:type="spellStart"/>
      <w:r w:rsidRPr="00003126">
        <w:t>odrębnej</w:t>
      </w:r>
      <w:proofErr w:type="spellEnd"/>
      <w:r w:rsidRPr="00003126">
        <w:t xml:space="preserve">, </w:t>
      </w:r>
      <w:proofErr w:type="spellStart"/>
      <w:r w:rsidRPr="00003126">
        <w:t>dobrowolnej</w:t>
      </w:r>
      <w:proofErr w:type="spellEnd"/>
      <w:r w:rsidRPr="00003126">
        <w:t xml:space="preserve"> </w:t>
      </w:r>
      <w:proofErr w:type="spellStart"/>
      <w:r w:rsidRPr="00003126">
        <w:t>zgody</w:t>
      </w:r>
      <w:proofErr w:type="spellEnd"/>
      <w:r w:rsidRPr="00003126">
        <w:t xml:space="preserve"> (art. 6 </w:t>
      </w:r>
      <w:proofErr w:type="spellStart"/>
      <w:r w:rsidRPr="00003126">
        <w:t>ust</w:t>
      </w:r>
      <w:proofErr w:type="spellEnd"/>
      <w:r w:rsidRPr="00003126">
        <w:t>. 1 lit. a RODO).</w:t>
      </w:r>
    </w:p>
    <w:p w14:paraId="11C9D657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4.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Zakres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danych</w:t>
      </w:r>
      <w:proofErr w:type="spellEnd"/>
    </w:p>
    <w:p w14:paraId="073089FF" w14:textId="77777777" w:rsidR="00003126" w:rsidRPr="00003126" w:rsidRDefault="00003126" w:rsidP="00003126">
      <w:proofErr w:type="spellStart"/>
      <w:r w:rsidRPr="00003126">
        <w:t>Przetwarzane</w:t>
      </w:r>
      <w:proofErr w:type="spellEnd"/>
      <w:r w:rsidRPr="00003126">
        <w:t xml:space="preserve"> </w:t>
      </w:r>
      <w:proofErr w:type="spellStart"/>
      <w:r w:rsidRPr="00003126">
        <w:t>mogą</w:t>
      </w:r>
      <w:proofErr w:type="spellEnd"/>
      <w:r w:rsidRPr="00003126">
        <w:t xml:space="preserve"> </w:t>
      </w:r>
      <w:proofErr w:type="spellStart"/>
      <w:r w:rsidRPr="00003126">
        <w:t>być</w:t>
      </w:r>
      <w:proofErr w:type="spellEnd"/>
      <w:r w:rsidRPr="00003126">
        <w:t xml:space="preserve"> </w:t>
      </w:r>
      <w:proofErr w:type="spellStart"/>
      <w:r w:rsidRPr="00003126">
        <w:t>dane</w:t>
      </w:r>
      <w:proofErr w:type="spellEnd"/>
      <w:r w:rsidRPr="00003126">
        <w:t xml:space="preserve"> </w:t>
      </w:r>
      <w:proofErr w:type="spellStart"/>
      <w:r w:rsidRPr="00003126">
        <w:t>wymagane</w:t>
      </w:r>
      <w:proofErr w:type="spellEnd"/>
      <w:r w:rsidRPr="00003126">
        <w:t xml:space="preserve"> do </w:t>
      </w:r>
      <w:proofErr w:type="spellStart"/>
      <w:r w:rsidRPr="00003126">
        <w:t>udziału</w:t>
      </w:r>
      <w:proofErr w:type="spellEnd"/>
      <w:r w:rsidRPr="00003126">
        <w:t xml:space="preserve"> w </w:t>
      </w:r>
      <w:proofErr w:type="spellStart"/>
      <w:r w:rsidRPr="00003126">
        <w:t>zawodach</w:t>
      </w:r>
      <w:proofErr w:type="spellEnd"/>
      <w:r w:rsidRPr="00003126">
        <w:t xml:space="preserve">: </w:t>
      </w:r>
      <w:proofErr w:type="spellStart"/>
      <w:r w:rsidRPr="00003126">
        <w:t>imię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</w:t>
      </w:r>
      <w:proofErr w:type="spellStart"/>
      <w:r w:rsidRPr="00003126">
        <w:t>nazwisko</w:t>
      </w:r>
      <w:proofErr w:type="spellEnd"/>
      <w:r w:rsidRPr="00003126">
        <w:t xml:space="preserve">, </w:t>
      </w:r>
      <w:proofErr w:type="spellStart"/>
      <w:r w:rsidRPr="00003126">
        <w:t>wiek</w:t>
      </w:r>
      <w:proofErr w:type="spellEnd"/>
      <w:r w:rsidRPr="00003126">
        <w:t xml:space="preserve"> </w:t>
      </w:r>
      <w:proofErr w:type="spellStart"/>
      <w:r w:rsidRPr="00003126">
        <w:t>lub</w:t>
      </w:r>
      <w:proofErr w:type="spellEnd"/>
      <w:r w:rsidRPr="00003126">
        <w:t xml:space="preserve"> data </w:t>
      </w:r>
      <w:proofErr w:type="spellStart"/>
      <w:r w:rsidRPr="00003126">
        <w:t>urodzenia</w:t>
      </w:r>
      <w:proofErr w:type="spellEnd"/>
      <w:r w:rsidRPr="00003126">
        <w:t xml:space="preserve">, </w:t>
      </w:r>
      <w:proofErr w:type="spellStart"/>
      <w:r w:rsidRPr="00003126">
        <w:t>kategoria</w:t>
      </w:r>
      <w:proofErr w:type="spellEnd"/>
      <w:r w:rsidRPr="00003126">
        <w:t xml:space="preserve"> </w:t>
      </w:r>
      <w:proofErr w:type="spellStart"/>
      <w:r w:rsidRPr="00003126">
        <w:t>wiekowa</w:t>
      </w:r>
      <w:proofErr w:type="spellEnd"/>
      <w:r w:rsidRPr="00003126">
        <w:t xml:space="preserve">, </w:t>
      </w:r>
      <w:proofErr w:type="spellStart"/>
      <w:r w:rsidRPr="00003126">
        <w:t>płeć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potrzeby</w:t>
      </w:r>
      <w:proofErr w:type="spellEnd"/>
      <w:r w:rsidRPr="00003126">
        <w:t xml:space="preserve"> </w:t>
      </w:r>
      <w:proofErr w:type="spellStart"/>
      <w:r w:rsidRPr="00003126">
        <w:t>klasyfikacji</w:t>
      </w:r>
      <w:proofErr w:type="spellEnd"/>
      <w:r w:rsidRPr="00003126">
        <w:t xml:space="preserve">, </w:t>
      </w:r>
      <w:proofErr w:type="spellStart"/>
      <w:r w:rsidRPr="00003126">
        <w:t>miejscowość</w:t>
      </w:r>
      <w:proofErr w:type="spellEnd"/>
      <w:r w:rsidRPr="00003126">
        <w:t xml:space="preserve">, </w:t>
      </w:r>
      <w:proofErr w:type="spellStart"/>
      <w:r w:rsidRPr="00003126">
        <w:t>dane</w:t>
      </w:r>
      <w:proofErr w:type="spellEnd"/>
      <w:r w:rsidRPr="00003126">
        <w:t xml:space="preserve"> </w:t>
      </w:r>
      <w:proofErr w:type="spellStart"/>
      <w:r w:rsidRPr="00003126">
        <w:t>kontaktowe</w:t>
      </w:r>
      <w:proofErr w:type="spellEnd"/>
      <w:r w:rsidRPr="00003126">
        <w:t xml:space="preserve">, </w:t>
      </w:r>
      <w:proofErr w:type="spellStart"/>
      <w:r w:rsidRPr="00003126">
        <w:t>dane</w:t>
      </w:r>
      <w:proofErr w:type="spellEnd"/>
      <w:r w:rsidRPr="00003126">
        <w:t xml:space="preserve"> </w:t>
      </w:r>
      <w:proofErr w:type="spellStart"/>
      <w:r w:rsidRPr="00003126">
        <w:t>rodzica</w:t>
      </w:r>
      <w:proofErr w:type="spellEnd"/>
      <w:r w:rsidRPr="00003126">
        <w:t xml:space="preserve"> </w:t>
      </w:r>
      <w:proofErr w:type="spellStart"/>
      <w:r w:rsidRPr="00003126">
        <w:t>lub</w:t>
      </w:r>
      <w:proofErr w:type="spellEnd"/>
      <w:r w:rsidRPr="00003126">
        <w:t xml:space="preserve"> </w:t>
      </w:r>
      <w:proofErr w:type="spellStart"/>
      <w:r w:rsidRPr="00003126">
        <w:t>opiekuna</w:t>
      </w:r>
      <w:proofErr w:type="spellEnd"/>
      <w:r w:rsidRPr="00003126">
        <w:t xml:space="preserve"> </w:t>
      </w:r>
      <w:proofErr w:type="spellStart"/>
      <w:r w:rsidRPr="00003126">
        <w:t>prawnego</w:t>
      </w:r>
      <w:proofErr w:type="spellEnd"/>
      <w:r w:rsidRPr="00003126">
        <w:t xml:space="preserve"> </w:t>
      </w:r>
      <w:proofErr w:type="spellStart"/>
      <w:r w:rsidRPr="00003126">
        <w:t>oraz</w:t>
      </w:r>
      <w:proofErr w:type="spellEnd"/>
      <w:r w:rsidRPr="00003126">
        <w:t xml:space="preserve"> </w:t>
      </w:r>
      <w:proofErr w:type="spellStart"/>
      <w:r w:rsidRPr="00003126">
        <w:t>wyniki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</w:t>
      </w:r>
      <w:proofErr w:type="spellStart"/>
      <w:r w:rsidRPr="00003126">
        <w:t>czasy</w:t>
      </w:r>
      <w:proofErr w:type="spellEnd"/>
      <w:r w:rsidRPr="00003126">
        <w:t xml:space="preserve"> </w:t>
      </w:r>
      <w:proofErr w:type="spellStart"/>
      <w:r w:rsidRPr="00003126">
        <w:t>uczestnictwa</w:t>
      </w:r>
      <w:proofErr w:type="spellEnd"/>
      <w:r w:rsidRPr="00003126">
        <w:t xml:space="preserve">. </w:t>
      </w:r>
      <w:proofErr w:type="spellStart"/>
      <w:r w:rsidRPr="00003126">
        <w:t>Zakres</w:t>
      </w:r>
      <w:proofErr w:type="spellEnd"/>
      <w:r w:rsidRPr="00003126">
        <w:t xml:space="preserve"> </w:t>
      </w:r>
      <w:proofErr w:type="spellStart"/>
      <w:r w:rsidRPr="00003126">
        <w:t>danych</w:t>
      </w:r>
      <w:proofErr w:type="spellEnd"/>
      <w:r w:rsidRPr="00003126">
        <w:t xml:space="preserve"> </w:t>
      </w:r>
      <w:proofErr w:type="spellStart"/>
      <w:r w:rsidRPr="00003126">
        <w:t>ogranicza</w:t>
      </w:r>
      <w:proofErr w:type="spellEnd"/>
      <w:r w:rsidRPr="00003126">
        <w:t xml:space="preserve"> </w:t>
      </w:r>
      <w:proofErr w:type="spellStart"/>
      <w:r w:rsidRPr="00003126">
        <w:t>się</w:t>
      </w:r>
      <w:proofErr w:type="spellEnd"/>
      <w:r w:rsidRPr="00003126">
        <w:t xml:space="preserve"> do </w:t>
      </w:r>
      <w:proofErr w:type="spellStart"/>
      <w:r w:rsidRPr="00003126">
        <w:t>informacji</w:t>
      </w:r>
      <w:proofErr w:type="spellEnd"/>
      <w:r w:rsidRPr="00003126">
        <w:t xml:space="preserve"> </w:t>
      </w:r>
      <w:proofErr w:type="spellStart"/>
      <w:r w:rsidRPr="00003126">
        <w:t>niezbędnych</w:t>
      </w:r>
      <w:proofErr w:type="spellEnd"/>
      <w:r w:rsidRPr="00003126">
        <w:t xml:space="preserve"> do </w:t>
      </w:r>
      <w:proofErr w:type="spellStart"/>
      <w:r w:rsidRPr="00003126">
        <w:t>realizacji</w:t>
      </w:r>
      <w:proofErr w:type="spellEnd"/>
      <w:r w:rsidRPr="00003126">
        <w:t xml:space="preserve"> </w:t>
      </w:r>
      <w:proofErr w:type="spellStart"/>
      <w:r w:rsidRPr="00003126">
        <w:t>wskazanych</w:t>
      </w:r>
      <w:proofErr w:type="spellEnd"/>
      <w:r w:rsidRPr="00003126">
        <w:t xml:space="preserve"> </w:t>
      </w:r>
      <w:proofErr w:type="spellStart"/>
      <w:r w:rsidRPr="00003126">
        <w:t>celów</w:t>
      </w:r>
      <w:proofErr w:type="spellEnd"/>
      <w:r w:rsidRPr="00003126">
        <w:t>.</w:t>
      </w:r>
    </w:p>
    <w:p w14:paraId="6C2AAC90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5.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Odbiorcy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danych</w:t>
      </w:r>
      <w:proofErr w:type="spellEnd"/>
    </w:p>
    <w:p w14:paraId="3C2B019B" w14:textId="77777777" w:rsidR="00003126" w:rsidRPr="00003126" w:rsidRDefault="00003126" w:rsidP="00003126">
      <w:r w:rsidRPr="00003126">
        <w:t xml:space="preserve">Dane </w:t>
      </w:r>
      <w:proofErr w:type="spellStart"/>
      <w:r w:rsidRPr="00003126">
        <w:t>mogą</w:t>
      </w:r>
      <w:proofErr w:type="spellEnd"/>
      <w:r w:rsidRPr="00003126">
        <w:t xml:space="preserve"> </w:t>
      </w:r>
      <w:proofErr w:type="spellStart"/>
      <w:r w:rsidRPr="00003126">
        <w:t>być</w:t>
      </w:r>
      <w:proofErr w:type="spellEnd"/>
      <w:r w:rsidRPr="00003126">
        <w:t xml:space="preserve"> </w:t>
      </w:r>
      <w:proofErr w:type="spellStart"/>
      <w:r w:rsidRPr="00003126">
        <w:t>udostępniane</w:t>
      </w:r>
      <w:proofErr w:type="spellEnd"/>
      <w:r w:rsidRPr="00003126">
        <w:t xml:space="preserve"> </w:t>
      </w:r>
      <w:proofErr w:type="spellStart"/>
      <w:r w:rsidRPr="00003126">
        <w:t>upoważnionym</w:t>
      </w:r>
      <w:proofErr w:type="spellEnd"/>
      <w:r w:rsidRPr="00003126">
        <w:t xml:space="preserve"> </w:t>
      </w:r>
      <w:proofErr w:type="spellStart"/>
      <w:r w:rsidRPr="00003126">
        <w:t>osobom</w:t>
      </w:r>
      <w:proofErr w:type="spellEnd"/>
      <w:r w:rsidRPr="00003126">
        <w:t xml:space="preserve"> </w:t>
      </w:r>
      <w:proofErr w:type="spellStart"/>
      <w:r w:rsidRPr="00003126">
        <w:t>obsługującym</w:t>
      </w:r>
      <w:proofErr w:type="spellEnd"/>
      <w:r w:rsidRPr="00003126">
        <w:t xml:space="preserve"> </w:t>
      </w:r>
      <w:proofErr w:type="spellStart"/>
      <w:r w:rsidRPr="00003126">
        <w:t>zawody</w:t>
      </w:r>
      <w:proofErr w:type="spellEnd"/>
      <w:r w:rsidRPr="00003126">
        <w:t xml:space="preserve">, w </w:t>
      </w:r>
      <w:proofErr w:type="spellStart"/>
      <w:r w:rsidRPr="00003126">
        <w:t>tym</w:t>
      </w:r>
      <w:proofErr w:type="spellEnd"/>
      <w:r w:rsidRPr="00003126">
        <w:t xml:space="preserve"> </w:t>
      </w:r>
      <w:proofErr w:type="spellStart"/>
      <w:r w:rsidRPr="00003126">
        <w:t>wolontariuszom</w:t>
      </w:r>
      <w:proofErr w:type="spellEnd"/>
      <w:r w:rsidRPr="00003126">
        <w:t xml:space="preserve"> </w:t>
      </w:r>
      <w:proofErr w:type="spellStart"/>
      <w:r w:rsidRPr="00003126">
        <w:t>Klubu</w:t>
      </w:r>
      <w:proofErr w:type="spellEnd"/>
      <w:r w:rsidRPr="00003126">
        <w:t xml:space="preserve"> </w:t>
      </w:r>
      <w:proofErr w:type="spellStart"/>
      <w:r w:rsidRPr="00003126">
        <w:t>Wolontariuszy</w:t>
      </w:r>
      <w:proofErr w:type="spellEnd"/>
      <w:r w:rsidRPr="00003126">
        <w:t xml:space="preserve"> </w:t>
      </w:r>
      <w:proofErr w:type="spellStart"/>
      <w:r w:rsidRPr="00003126">
        <w:t>przy</w:t>
      </w:r>
      <w:proofErr w:type="spellEnd"/>
      <w:r w:rsidRPr="00003126">
        <w:t xml:space="preserve"> CUS Sochaczew w </w:t>
      </w:r>
      <w:proofErr w:type="spellStart"/>
      <w:r w:rsidRPr="00003126">
        <w:t>zakresie</w:t>
      </w:r>
      <w:proofErr w:type="spellEnd"/>
      <w:r w:rsidRPr="00003126">
        <w:t xml:space="preserve"> </w:t>
      </w:r>
      <w:proofErr w:type="spellStart"/>
      <w:r w:rsidRPr="00003126">
        <w:t>pomiaru</w:t>
      </w:r>
      <w:proofErr w:type="spellEnd"/>
      <w:r w:rsidRPr="00003126">
        <w:t xml:space="preserve"> </w:t>
      </w:r>
      <w:proofErr w:type="spellStart"/>
      <w:r w:rsidRPr="00003126">
        <w:t>czasu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</w:t>
      </w:r>
      <w:proofErr w:type="spellStart"/>
      <w:r w:rsidRPr="00003126">
        <w:t>opracowania</w:t>
      </w:r>
      <w:proofErr w:type="spellEnd"/>
      <w:r w:rsidRPr="00003126">
        <w:t xml:space="preserve"> </w:t>
      </w:r>
      <w:proofErr w:type="spellStart"/>
      <w:r w:rsidRPr="00003126">
        <w:t>wyników</w:t>
      </w:r>
      <w:proofErr w:type="spellEnd"/>
      <w:r w:rsidRPr="00003126">
        <w:t xml:space="preserve">, a </w:t>
      </w:r>
      <w:proofErr w:type="spellStart"/>
      <w:r w:rsidRPr="00003126">
        <w:t>także</w:t>
      </w:r>
      <w:proofErr w:type="spellEnd"/>
      <w:r w:rsidRPr="00003126">
        <w:t xml:space="preserve"> </w:t>
      </w:r>
      <w:proofErr w:type="spellStart"/>
      <w:r w:rsidRPr="00003126">
        <w:t>podmiotom</w:t>
      </w:r>
      <w:proofErr w:type="spellEnd"/>
      <w:r w:rsidRPr="00003126">
        <w:t xml:space="preserve"> </w:t>
      </w:r>
      <w:proofErr w:type="spellStart"/>
      <w:r w:rsidRPr="00003126">
        <w:t>świadczącym</w:t>
      </w:r>
      <w:proofErr w:type="spellEnd"/>
      <w:r w:rsidRPr="00003126">
        <w:t xml:space="preserve"> </w:t>
      </w:r>
      <w:proofErr w:type="spellStart"/>
      <w:r w:rsidRPr="00003126">
        <w:t>usługi</w:t>
      </w:r>
      <w:proofErr w:type="spellEnd"/>
      <w:r w:rsidRPr="00003126">
        <w:t xml:space="preserve"> </w:t>
      </w:r>
      <w:proofErr w:type="spellStart"/>
      <w:r w:rsidRPr="00003126">
        <w:t>informatyczne</w:t>
      </w:r>
      <w:proofErr w:type="spellEnd"/>
      <w:r w:rsidRPr="00003126">
        <w:t xml:space="preserve">, w </w:t>
      </w:r>
      <w:proofErr w:type="spellStart"/>
      <w:r w:rsidRPr="00003126">
        <w:t>tym</w:t>
      </w:r>
      <w:proofErr w:type="spellEnd"/>
      <w:r w:rsidRPr="00003126">
        <w:t xml:space="preserve"> </w:t>
      </w:r>
      <w:proofErr w:type="spellStart"/>
      <w:r w:rsidRPr="00003126">
        <w:t>dostawcy</w:t>
      </w:r>
      <w:proofErr w:type="spellEnd"/>
      <w:r w:rsidRPr="00003126">
        <w:t xml:space="preserve"> </w:t>
      </w:r>
      <w:proofErr w:type="spellStart"/>
      <w:r w:rsidRPr="00003126">
        <w:t>Formularzy</w:t>
      </w:r>
      <w:proofErr w:type="spellEnd"/>
      <w:r w:rsidRPr="00003126">
        <w:t xml:space="preserve"> Google. </w:t>
      </w:r>
      <w:proofErr w:type="spellStart"/>
      <w:r w:rsidRPr="00003126">
        <w:t>Ewentualne</w:t>
      </w:r>
      <w:proofErr w:type="spellEnd"/>
      <w:r w:rsidRPr="00003126">
        <w:t xml:space="preserve"> </w:t>
      </w:r>
      <w:proofErr w:type="spellStart"/>
      <w:r w:rsidRPr="00003126">
        <w:t>przekazywanie</w:t>
      </w:r>
      <w:proofErr w:type="spellEnd"/>
      <w:r w:rsidRPr="00003126">
        <w:t xml:space="preserve"> </w:t>
      </w:r>
      <w:proofErr w:type="spellStart"/>
      <w:r w:rsidRPr="00003126">
        <w:t>danych</w:t>
      </w:r>
      <w:proofErr w:type="spellEnd"/>
      <w:r w:rsidRPr="00003126">
        <w:t xml:space="preserve"> </w:t>
      </w:r>
      <w:proofErr w:type="spellStart"/>
      <w:r w:rsidRPr="00003126">
        <w:t>poza</w:t>
      </w:r>
      <w:proofErr w:type="spellEnd"/>
      <w:r w:rsidRPr="00003126">
        <w:t xml:space="preserve"> </w:t>
      </w:r>
      <w:proofErr w:type="spellStart"/>
      <w:r w:rsidRPr="00003126">
        <w:t>Europejski</w:t>
      </w:r>
      <w:proofErr w:type="spellEnd"/>
      <w:r w:rsidRPr="00003126">
        <w:t xml:space="preserve"> </w:t>
      </w:r>
      <w:proofErr w:type="spellStart"/>
      <w:r w:rsidRPr="00003126">
        <w:t>Obszar</w:t>
      </w:r>
      <w:proofErr w:type="spellEnd"/>
      <w:r w:rsidRPr="00003126">
        <w:t xml:space="preserve"> </w:t>
      </w:r>
      <w:proofErr w:type="spellStart"/>
      <w:r w:rsidRPr="00003126">
        <w:t>Gospodarczy</w:t>
      </w:r>
      <w:proofErr w:type="spellEnd"/>
      <w:r w:rsidRPr="00003126">
        <w:t xml:space="preserve"> </w:t>
      </w:r>
      <w:proofErr w:type="spellStart"/>
      <w:r w:rsidRPr="00003126">
        <w:t>może</w:t>
      </w:r>
      <w:proofErr w:type="spellEnd"/>
      <w:r w:rsidRPr="00003126">
        <w:t xml:space="preserve"> </w:t>
      </w:r>
      <w:proofErr w:type="spellStart"/>
      <w:r w:rsidRPr="00003126">
        <w:t>następować</w:t>
      </w:r>
      <w:proofErr w:type="spellEnd"/>
      <w:r w:rsidRPr="00003126">
        <w:t xml:space="preserve"> </w:t>
      </w:r>
      <w:proofErr w:type="spellStart"/>
      <w:r w:rsidRPr="00003126">
        <w:t>wyłącznie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zasadach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z </w:t>
      </w:r>
      <w:proofErr w:type="spellStart"/>
      <w:r w:rsidRPr="00003126">
        <w:t>zabezpieczeniami</w:t>
      </w:r>
      <w:proofErr w:type="spellEnd"/>
      <w:r w:rsidRPr="00003126">
        <w:t xml:space="preserve"> </w:t>
      </w:r>
      <w:proofErr w:type="spellStart"/>
      <w:r w:rsidRPr="00003126">
        <w:t>wymaganymi</w:t>
      </w:r>
      <w:proofErr w:type="spellEnd"/>
      <w:r w:rsidRPr="00003126">
        <w:t xml:space="preserve"> </w:t>
      </w:r>
      <w:proofErr w:type="spellStart"/>
      <w:r w:rsidRPr="00003126">
        <w:t>przez</w:t>
      </w:r>
      <w:proofErr w:type="spellEnd"/>
      <w:r w:rsidRPr="00003126">
        <w:t xml:space="preserve"> RODO; </w:t>
      </w:r>
      <w:proofErr w:type="spellStart"/>
      <w:r w:rsidRPr="00003126">
        <w:t>rzeczywiste</w:t>
      </w:r>
      <w:proofErr w:type="spellEnd"/>
      <w:r w:rsidRPr="00003126">
        <w:t xml:space="preserve"> </w:t>
      </w:r>
      <w:proofErr w:type="spellStart"/>
      <w:r w:rsidRPr="00003126">
        <w:t>warunki</w:t>
      </w:r>
      <w:proofErr w:type="spellEnd"/>
      <w:r w:rsidRPr="00003126">
        <w:t xml:space="preserve"> </w:t>
      </w:r>
      <w:proofErr w:type="spellStart"/>
      <w:r w:rsidRPr="00003126">
        <w:t>transferu</w:t>
      </w:r>
      <w:proofErr w:type="spellEnd"/>
      <w:r w:rsidRPr="00003126">
        <w:t xml:space="preserve"> </w:t>
      </w:r>
      <w:proofErr w:type="spellStart"/>
      <w:r w:rsidRPr="00003126">
        <w:t>wymagają</w:t>
      </w:r>
      <w:proofErr w:type="spellEnd"/>
      <w:r w:rsidRPr="00003126">
        <w:t xml:space="preserve"> </w:t>
      </w:r>
      <w:proofErr w:type="spellStart"/>
      <w:r w:rsidRPr="00003126">
        <w:t>potwierdzenia</w:t>
      </w:r>
      <w:proofErr w:type="spellEnd"/>
      <w:r w:rsidRPr="00003126">
        <w:t xml:space="preserve"> </w:t>
      </w:r>
      <w:proofErr w:type="spellStart"/>
      <w:r w:rsidRPr="00003126">
        <w:t>przez</w:t>
      </w:r>
      <w:proofErr w:type="spellEnd"/>
      <w:r w:rsidRPr="00003126">
        <w:t xml:space="preserve"> </w:t>
      </w:r>
      <w:proofErr w:type="spellStart"/>
      <w:r w:rsidRPr="00003126">
        <w:t>administratora</w:t>
      </w:r>
      <w:proofErr w:type="spellEnd"/>
      <w:r w:rsidRPr="00003126">
        <w:t>.</w:t>
      </w:r>
    </w:p>
    <w:p w14:paraId="58E9635C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6.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Okres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przechowywania</w:t>
      </w:r>
      <w:proofErr w:type="spellEnd"/>
    </w:p>
    <w:p w14:paraId="0C95A847" w14:textId="77777777" w:rsidR="00003126" w:rsidRPr="00003126" w:rsidRDefault="00003126" w:rsidP="00003126">
      <w:r w:rsidRPr="00003126">
        <w:t xml:space="preserve">Dane </w:t>
      </w:r>
      <w:proofErr w:type="spellStart"/>
      <w:r w:rsidRPr="00003126">
        <w:t>będą</w:t>
      </w:r>
      <w:proofErr w:type="spellEnd"/>
      <w:r w:rsidRPr="00003126">
        <w:t xml:space="preserve"> </w:t>
      </w:r>
      <w:proofErr w:type="spellStart"/>
      <w:r w:rsidRPr="00003126">
        <w:t>przechowywane</w:t>
      </w:r>
      <w:proofErr w:type="spellEnd"/>
      <w:r w:rsidRPr="00003126">
        <w:t xml:space="preserve"> </w:t>
      </w:r>
      <w:proofErr w:type="spellStart"/>
      <w:r w:rsidRPr="00003126">
        <w:t>przez</w:t>
      </w:r>
      <w:proofErr w:type="spellEnd"/>
      <w:r w:rsidRPr="00003126">
        <w:t xml:space="preserve"> </w:t>
      </w:r>
      <w:proofErr w:type="spellStart"/>
      <w:r w:rsidRPr="00003126">
        <w:t>okres</w:t>
      </w:r>
      <w:proofErr w:type="spellEnd"/>
      <w:r w:rsidRPr="00003126">
        <w:t xml:space="preserve"> </w:t>
      </w:r>
      <w:proofErr w:type="spellStart"/>
      <w:r w:rsidRPr="00003126">
        <w:t>niezbędny</w:t>
      </w:r>
      <w:proofErr w:type="spellEnd"/>
      <w:r w:rsidRPr="00003126">
        <w:t xml:space="preserve"> do </w:t>
      </w:r>
      <w:proofErr w:type="spellStart"/>
      <w:r w:rsidRPr="00003126">
        <w:t>przyjęcia</w:t>
      </w:r>
      <w:proofErr w:type="spellEnd"/>
      <w:r w:rsidRPr="00003126">
        <w:t xml:space="preserve"> </w:t>
      </w:r>
      <w:proofErr w:type="spellStart"/>
      <w:r w:rsidRPr="00003126">
        <w:t>zgłoszeń</w:t>
      </w:r>
      <w:proofErr w:type="spellEnd"/>
      <w:r w:rsidRPr="00003126">
        <w:t xml:space="preserve">, </w:t>
      </w:r>
      <w:proofErr w:type="spellStart"/>
      <w:r w:rsidRPr="00003126">
        <w:t>przeprowadzenia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</w:t>
      </w:r>
      <w:proofErr w:type="spellStart"/>
      <w:r w:rsidRPr="00003126">
        <w:t>rozliczenia</w:t>
      </w:r>
      <w:proofErr w:type="spellEnd"/>
      <w:r w:rsidRPr="00003126">
        <w:t xml:space="preserve"> </w:t>
      </w:r>
      <w:proofErr w:type="spellStart"/>
      <w:r w:rsidRPr="00003126">
        <w:t>wydarzenia</w:t>
      </w:r>
      <w:proofErr w:type="spellEnd"/>
      <w:r w:rsidRPr="00003126">
        <w:t xml:space="preserve">, a </w:t>
      </w:r>
      <w:proofErr w:type="spellStart"/>
      <w:r w:rsidRPr="00003126">
        <w:t>następnie</w:t>
      </w:r>
      <w:proofErr w:type="spellEnd"/>
      <w:r w:rsidRPr="00003126">
        <w:t xml:space="preserve"> </w:t>
      </w:r>
      <w:proofErr w:type="spellStart"/>
      <w:r w:rsidRPr="00003126">
        <w:t>przez</w:t>
      </w:r>
      <w:proofErr w:type="spellEnd"/>
      <w:r w:rsidRPr="00003126">
        <w:t xml:space="preserve"> </w:t>
      </w:r>
      <w:proofErr w:type="spellStart"/>
      <w:r w:rsidRPr="00003126">
        <w:t>okres</w:t>
      </w:r>
      <w:proofErr w:type="spellEnd"/>
      <w:r w:rsidRPr="00003126">
        <w:t xml:space="preserve"> </w:t>
      </w:r>
      <w:proofErr w:type="spellStart"/>
      <w:r w:rsidRPr="00003126">
        <w:t>wynikający</w:t>
      </w:r>
      <w:proofErr w:type="spellEnd"/>
      <w:r w:rsidRPr="00003126">
        <w:t xml:space="preserve"> z </w:t>
      </w:r>
      <w:proofErr w:type="spellStart"/>
      <w:r w:rsidRPr="00003126">
        <w:t>obowiązujących</w:t>
      </w:r>
      <w:proofErr w:type="spellEnd"/>
      <w:r w:rsidRPr="00003126">
        <w:t xml:space="preserve"> </w:t>
      </w:r>
      <w:proofErr w:type="spellStart"/>
      <w:r w:rsidRPr="00003126">
        <w:t>przepisów</w:t>
      </w:r>
      <w:proofErr w:type="spellEnd"/>
      <w:r w:rsidRPr="00003126">
        <w:t xml:space="preserve"> o </w:t>
      </w:r>
      <w:proofErr w:type="spellStart"/>
      <w:r w:rsidRPr="00003126">
        <w:t>archiwizacji</w:t>
      </w:r>
      <w:proofErr w:type="spellEnd"/>
      <w:r w:rsidRPr="00003126">
        <w:t xml:space="preserve"> </w:t>
      </w:r>
      <w:proofErr w:type="spellStart"/>
      <w:r w:rsidRPr="00003126">
        <w:t>dokumentacji</w:t>
      </w:r>
      <w:proofErr w:type="spellEnd"/>
      <w:r w:rsidRPr="00003126">
        <w:t xml:space="preserve"> MOSiR. Dane </w:t>
      </w:r>
      <w:proofErr w:type="spellStart"/>
      <w:r w:rsidRPr="00003126">
        <w:t>przetwarzane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podstawie</w:t>
      </w:r>
      <w:proofErr w:type="spellEnd"/>
      <w:r w:rsidRPr="00003126">
        <w:t xml:space="preserve"> </w:t>
      </w:r>
      <w:proofErr w:type="spellStart"/>
      <w:r w:rsidRPr="00003126">
        <w:t>zgody</w:t>
      </w:r>
      <w:proofErr w:type="spellEnd"/>
      <w:r w:rsidRPr="00003126">
        <w:t xml:space="preserve"> </w:t>
      </w:r>
      <w:proofErr w:type="spellStart"/>
      <w:r w:rsidRPr="00003126">
        <w:t>będą</w:t>
      </w:r>
      <w:proofErr w:type="spellEnd"/>
      <w:r w:rsidRPr="00003126">
        <w:t xml:space="preserve"> </w:t>
      </w:r>
      <w:proofErr w:type="spellStart"/>
      <w:r w:rsidRPr="00003126">
        <w:lastRenderedPageBreak/>
        <w:t>wykorzystywane</w:t>
      </w:r>
      <w:proofErr w:type="spellEnd"/>
      <w:r w:rsidRPr="00003126">
        <w:t xml:space="preserve"> do </w:t>
      </w:r>
      <w:proofErr w:type="spellStart"/>
      <w:r w:rsidRPr="00003126">
        <w:t>jej</w:t>
      </w:r>
      <w:proofErr w:type="spellEnd"/>
      <w:r w:rsidRPr="00003126">
        <w:t xml:space="preserve"> </w:t>
      </w:r>
      <w:proofErr w:type="spellStart"/>
      <w:r w:rsidRPr="00003126">
        <w:t>wycofania</w:t>
      </w:r>
      <w:proofErr w:type="spellEnd"/>
      <w:r w:rsidRPr="00003126">
        <w:t xml:space="preserve"> </w:t>
      </w:r>
      <w:proofErr w:type="spellStart"/>
      <w:r w:rsidRPr="00003126">
        <w:t>lub</w:t>
      </w:r>
      <w:proofErr w:type="spellEnd"/>
      <w:r w:rsidRPr="00003126">
        <w:t xml:space="preserve"> </w:t>
      </w:r>
      <w:proofErr w:type="spellStart"/>
      <w:r w:rsidRPr="00003126">
        <w:t>ustania</w:t>
      </w:r>
      <w:proofErr w:type="spellEnd"/>
      <w:r w:rsidRPr="00003126">
        <w:t xml:space="preserve"> </w:t>
      </w:r>
      <w:proofErr w:type="spellStart"/>
      <w:r w:rsidRPr="00003126">
        <w:t>celu</w:t>
      </w:r>
      <w:proofErr w:type="spellEnd"/>
      <w:r w:rsidRPr="00003126">
        <w:t xml:space="preserve"> </w:t>
      </w:r>
      <w:proofErr w:type="spellStart"/>
      <w:r w:rsidRPr="00003126">
        <w:t>przetwarzania</w:t>
      </w:r>
      <w:proofErr w:type="spellEnd"/>
      <w:r w:rsidRPr="00003126">
        <w:t xml:space="preserve">, z </w:t>
      </w:r>
      <w:proofErr w:type="spellStart"/>
      <w:r w:rsidRPr="00003126">
        <w:t>uwzględnieniem</w:t>
      </w:r>
      <w:proofErr w:type="spellEnd"/>
      <w:r w:rsidRPr="00003126">
        <w:t xml:space="preserve"> </w:t>
      </w:r>
      <w:proofErr w:type="spellStart"/>
      <w:r w:rsidRPr="00003126">
        <w:t>obowiązujących</w:t>
      </w:r>
      <w:proofErr w:type="spellEnd"/>
      <w:r w:rsidRPr="00003126">
        <w:t xml:space="preserve"> </w:t>
      </w:r>
      <w:proofErr w:type="spellStart"/>
      <w:r w:rsidRPr="00003126">
        <w:t>przepisów</w:t>
      </w:r>
      <w:proofErr w:type="spellEnd"/>
      <w:r w:rsidRPr="00003126">
        <w:t>.</w:t>
      </w:r>
    </w:p>
    <w:p w14:paraId="646555D3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7. Prawa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osób</w:t>
      </w:r>
      <w:proofErr w:type="spellEnd"/>
    </w:p>
    <w:p w14:paraId="1E9A7C09" w14:textId="77777777" w:rsidR="00003126" w:rsidRPr="00003126" w:rsidRDefault="00003126" w:rsidP="00003126">
      <w:proofErr w:type="spellStart"/>
      <w:r w:rsidRPr="00003126">
        <w:t>Osobom</w:t>
      </w:r>
      <w:proofErr w:type="spellEnd"/>
      <w:r w:rsidRPr="00003126">
        <w:t xml:space="preserve">, </w:t>
      </w:r>
      <w:proofErr w:type="spellStart"/>
      <w:r w:rsidRPr="00003126">
        <w:t>których</w:t>
      </w:r>
      <w:proofErr w:type="spellEnd"/>
      <w:r w:rsidRPr="00003126">
        <w:t xml:space="preserve"> </w:t>
      </w:r>
      <w:proofErr w:type="spellStart"/>
      <w:r w:rsidRPr="00003126">
        <w:t>dane</w:t>
      </w:r>
      <w:proofErr w:type="spellEnd"/>
      <w:r w:rsidRPr="00003126">
        <w:t xml:space="preserve"> </w:t>
      </w:r>
      <w:proofErr w:type="spellStart"/>
      <w:r w:rsidRPr="00003126">
        <w:t>dotyczą</w:t>
      </w:r>
      <w:proofErr w:type="spellEnd"/>
      <w:r w:rsidRPr="00003126">
        <w:t xml:space="preserve">, </w:t>
      </w:r>
      <w:proofErr w:type="spellStart"/>
      <w:r w:rsidRPr="00003126">
        <w:t>przysługują</w:t>
      </w:r>
      <w:proofErr w:type="spellEnd"/>
      <w:r w:rsidRPr="00003126">
        <w:t xml:space="preserve">, w </w:t>
      </w:r>
      <w:proofErr w:type="spellStart"/>
      <w:r w:rsidRPr="00003126">
        <w:t>zakresie</w:t>
      </w:r>
      <w:proofErr w:type="spellEnd"/>
      <w:r w:rsidRPr="00003126">
        <w:t xml:space="preserve"> </w:t>
      </w:r>
      <w:proofErr w:type="spellStart"/>
      <w:r w:rsidRPr="00003126">
        <w:t>określonym</w:t>
      </w:r>
      <w:proofErr w:type="spellEnd"/>
      <w:r w:rsidRPr="00003126">
        <w:t xml:space="preserve"> </w:t>
      </w:r>
      <w:proofErr w:type="spellStart"/>
      <w:r w:rsidRPr="00003126">
        <w:t>przez</w:t>
      </w:r>
      <w:proofErr w:type="spellEnd"/>
      <w:r w:rsidRPr="00003126">
        <w:t xml:space="preserve"> RODO, </w:t>
      </w:r>
      <w:proofErr w:type="spellStart"/>
      <w:r w:rsidRPr="00003126">
        <w:t>prawa</w:t>
      </w:r>
      <w:proofErr w:type="spellEnd"/>
      <w:r w:rsidRPr="00003126">
        <w:t xml:space="preserve"> </w:t>
      </w:r>
      <w:proofErr w:type="spellStart"/>
      <w:r w:rsidRPr="00003126">
        <w:t>dostępu</w:t>
      </w:r>
      <w:proofErr w:type="spellEnd"/>
      <w:r w:rsidRPr="00003126">
        <w:t xml:space="preserve"> do </w:t>
      </w:r>
      <w:proofErr w:type="spellStart"/>
      <w:r w:rsidRPr="00003126">
        <w:t>danych</w:t>
      </w:r>
      <w:proofErr w:type="spellEnd"/>
      <w:r w:rsidRPr="00003126">
        <w:t xml:space="preserve">, </w:t>
      </w:r>
      <w:proofErr w:type="spellStart"/>
      <w:r w:rsidRPr="00003126">
        <w:t>sprostowania</w:t>
      </w:r>
      <w:proofErr w:type="spellEnd"/>
      <w:r w:rsidRPr="00003126">
        <w:t xml:space="preserve">, </w:t>
      </w:r>
      <w:proofErr w:type="spellStart"/>
      <w:r w:rsidRPr="00003126">
        <w:t>usunięcia</w:t>
      </w:r>
      <w:proofErr w:type="spellEnd"/>
      <w:r w:rsidRPr="00003126">
        <w:t xml:space="preserve">, </w:t>
      </w:r>
      <w:proofErr w:type="spellStart"/>
      <w:r w:rsidRPr="00003126">
        <w:t>ograniczenia</w:t>
      </w:r>
      <w:proofErr w:type="spellEnd"/>
      <w:r w:rsidRPr="00003126">
        <w:t xml:space="preserve"> </w:t>
      </w:r>
      <w:proofErr w:type="spellStart"/>
      <w:r w:rsidRPr="00003126">
        <w:t>przetwarzania</w:t>
      </w:r>
      <w:proofErr w:type="spellEnd"/>
      <w:r w:rsidRPr="00003126">
        <w:t xml:space="preserve"> </w:t>
      </w:r>
      <w:proofErr w:type="spellStart"/>
      <w:r w:rsidRPr="00003126">
        <w:t>oraz</w:t>
      </w:r>
      <w:proofErr w:type="spellEnd"/>
      <w:r w:rsidRPr="00003126">
        <w:t xml:space="preserve"> </w:t>
      </w:r>
      <w:proofErr w:type="spellStart"/>
      <w:r w:rsidRPr="00003126">
        <w:t>sprzeciwu</w:t>
      </w:r>
      <w:proofErr w:type="spellEnd"/>
      <w:r w:rsidRPr="00003126">
        <w:t xml:space="preserve">. W </w:t>
      </w:r>
      <w:proofErr w:type="spellStart"/>
      <w:r w:rsidRPr="00003126">
        <w:t>odniesieniu</w:t>
      </w:r>
      <w:proofErr w:type="spellEnd"/>
      <w:r w:rsidRPr="00003126">
        <w:t xml:space="preserve"> do </w:t>
      </w:r>
      <w:proofErr w:type="spellStart"/>
      <w:r w:rsidRPr="00003126">
        <w:t>danych</w:t>
      </w:r>
      <w:proofErr w:type="spellEnd"/>
      <w:r w:rsidRPr="00003126">
        <w:t xml:space="preserve"> </w:t>
      </w:r>
      <w:proofErr w:type="spellStart"/>
      <w:r w:rsidRPr="00003126">
        <w:t>przetwarzanych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podstawie</w:t>
      </w:r>
      <w:proofErr w:type="spellEnd"/>
      <w:r w:rsidRPr="00003126">
        <w:t xml:space="preserve"> </w:t>
      </w:r>
      <w:proofErr w:type="spellStart"/>
      <w:r w:rsidRPr="00003126">
        <w:t>zgody</w:t>
      </w:r>
      <w:proofErr w:type="spellEnd"/>
      <w:r w:rsidRPr="00003126">
        <w:t xml:space="preserve"> </w:t>
      </w:r>
      <w:proofErr w:type="spellStart"/>
      <w:r w:rsidRPr="00003126">
        <w:t>można</w:t>
      </w:r>
      <w:proofErr w:type="spellEnd"/>
      <w:r w:rsidRPr="00003126">
        <w:t xml:space="preserve"> </w:t>
      </w:r>
      <w:proofErr w:type="spellStart"/>
      <w:r w:rsidRPr="00003126">
        <w:t>ją</w:t>
      </w:r>
      <w:proofErr w:type="spellEnd"/>
      <w:r w:rsidRPr="00003126">
        <w:t xml:space="preserve"> </w:t>
      </w:r>
      <w:proofErr w:type="spellStart"/>
      <w:r w:rsidRPr="00003126">
        <w:t>wycofać</w:t>
      </w:r>
      <w:proofErr w:type="spellEnd"/>
      <w:r w:rsidRPr="00003126">
        <w:t xml:space="preserve"> w </w:t>
      </w:r>
      <w:proofErr w:type="spellStart"/>
      <w:r w:rsidRPr="00003126">
        <w:t>każdym</w:t>
      </w:r>
      <w:proofErr w:type="spellEnd"/>
      <w:r w:rsidRPr="00003126">
        <w:t xml:space="preserve"> </w:t>
      </w:r>
      <w:proofErr w:type="spellStart"/>
      <w:r w:rsidRPr="00003126">
        <w:t>czasie</w:t>
      </w:r>
      <w:proofErr w:type="spellEnd"/>
      <w:r w:rsidRPr="00003126">
        <w:t xml:space="preserve"> bez </w:t>
      </w:r>
      <w:proofErr w:type="spellStart"/>
      <w:r w:rsidRPr="00003126">
        <w:t>wpływu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zgodność</w:t>
      </w:r>
      <w:proofErr w:type="spellEnd"/>
      <w:r w:rsidRPr="00003126">
        <w:t xml:space="preserve"> z </w:t>
      </w:r>
      <w:proofErr w:type="spellStart"/>
      <w:r w:rsidRPr="00003126">
        <w:t>prawem</w:t>
      </w:r>
      <w:proofErr w:type="spellEnd"/>
      <w:r w:rsidRPr="00003126">
        <w:t xml:space="preserve"> </w:t>
      </w:r>
      <w:proofErr w:type="spellStart"/>
      <w:r w:rsidRPr="00003126">
        <w:t>wcześniejszego</w:t>
      </w:r>
      <w:proofErr w:type="spellEnd"/>
      <w:r w:rsidRPr="00003126">
        <w:t xml:space="preserve"> </w:t>
      </w:r>
      <w:proofErr w:type="spellStart"/>
      <w:r w:rsidRPr="00003126">
        <w:t>przetwarzania</w:t>
      </w:r>
      <w:proofErr w:type="spellEnd"/>
      <w:r w:rsidRPr="00003126">
        <w:t xml:space="preserve">. </w:t>
      </w:r>
      <w:proofErr w:type="spellStart"/>
      <w:r w:rsidRPr="00003126">
        <w:t>Przysługuje</w:t>
      </w:r>
      <w:proofErr w:type="spellEnd"/>
      <w:r w:rsidRPr="00003126">
        <w:t xml:space="preserve"> </w:t>
      </w:r>
      <w:proofErr w:type="spellStart"/>
      <w:r w:rsidRPr="00003126">
        <w:t>również</w:t>
      </w:r>
      <w:proofErr w:type="spellEnd"/>
      <w:r w:rsidRPr="00003126">
        <w:t xml:space="preserve"> </w:t>
      </w:r>
      <w:proofErr w:type="spellStart"/>
      <w:r w:rsidRPr="00003126">
        <w:t>prawo</w:t>
      </w:r>
      <w:proofErr w:type="spellEnd"/>
      <w:r w:rsidRPr="00003126">
        <w:t xml:space="preserve"> </w:t>
      </w:r>
      <w:proofErr w:type="spellStart"/>
      <w:r w:rsidRPr="00003126">
        <w:t>wniesienia</w:t>
      </w:r>
      <w:proofErr w:type="spellEnd"/>
      <w:r w:rsidRPr="00003126">
        <w:t xml:space="preserve"> </w:t>
      </w:r>
      <w:proofErr w:type="spellStart"/>
      <w:r w:rsidRPr="00003126">
        <w:t>skargi</w:t>
      </w:r>
      <w:proofErr w:type="spellEnd"/>
      <w:r w:rsidRPr="00003126">
        <w:t xml:space="preserve"> do </w:t>
      </w:r>
      <w:proofErr w:type="spellStart"/>
      <w:r w:rsidRPr="00003126">
        <w:t>Prezesa</w:t>
      </w:r>
      <w:proofErr w:type="spellEnd"/>
      <w:r w:rsidRPr="00003126">
        <w:t xml:space="preserve"> </w:t>
      </w:r>
      <w:proofErr w:type="spellStart"/>
      <w:r w:rsidRPr="00003126">
        <w:t>Urzędu</w:t>
      </w:r>
      <w:proofErr w:type="spellEnd"/>
      <w:r w:rsidRPr="00003126">
        <w:t xml:space="preserve"> Ochrony Danych Osobowych.</w:t>
      </w:r>
    </w:p>
    <w:p w14:paraId="27952CD4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8.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Dobrowolność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podania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danych</w:t>
      </w:r>
      <w:proofErr w:type="spellEnd"/>
    </w:p>
    <w:p w14:paraId="20E58667" w14:textId="77777777" w:rsidR="00003126" w:rsidRPr="00003126" w:rsidRDefault="00003126" w:rsidP="00003126">
      <w:proofErr w:type="spellStart"/>
      <w:r w:rsidRPr="00003126">
        <w:t>Podanie</w:t>
      </w:r>
      <w:proofErr w:type="spellEnd"/>
      <w:r w:rsidRPr="00003126">
        <w:t xml:space="preserve"> </w:t>
      </w:r>
      <w:proofErr w:type="spellStart"/>
      <w:r w:rsidRPr="00003126">
        <w:t>danych</w:t>
      </w:r>
      <w:proofErr w:type="spellEnd"/>
      <w:r w:rsidRPr="00003126">
        <w:t xml:space="preserve"> </w:t>
      </w:r>
      <w:proofErr w:type="spellStart"/>
      <w:r w:rsidRPr="00003126">
        <w:t>wymaganych</w:t>
      </w:r>
      <w:proofErr w:type="spellEnd"/>
      <w:r w:rsidRPr="00003126">
        <w:t xml:space="preserve"> do </w:t>
      </w:r>
      <w:proofErr w:type="spellStart"/>
      <w:r w:rsidRPr="00003126">
        <w:t>rejestracji</w:t>
      </w:r>
      <w:proofErr w:type="spellEnd"/>
      <w:r w:rsidRPr="00003126">
        <w:t xml:space="preserve"> jest </w:t>
      </w:r>
      <w:proofErr w:type="spellStart"/>
      <w:r w:rsidRPr="00003126">
        <w:t>dobrowolne</w:t>
      </w:r>
      <w:proofErr w:type="spellEnd"/>
      <w:r w:rsidRPr="00003126">
        <w:t xml:space="preserve">, ale </w:t>
      </w:r>
      <w:proofErr w:type="spellStart"/>
      <w:r w:rsidRPr="00003126">
        <w:t>niezbędne</w:t>
      </w:r>
      <w:proofErr w:type="spellEnd"/>
      <w:r w:rsidRPr="00003126">
        <w:t xml:space="preserve"> do </w:t>
      </w:r>
      <w:proofErr w:type="spellStart"/>
      <w:r w:rsidRPr="00003126">
        <w:t>udziału</w:t>
      </w:r>
      <w:proofErr w:type="spellEnd"/>
      <w:r w:rsidRPr="00003126">
        <w:t xml:space="preserve"> w </w:t>
      </w:r>
      <w:proofErr w:type="spellStart"/>
      <w:r w:rsidRPr="00003126">
        <w:t>zawodach</w:t>
      </w:r>
      <w:proofErr w:type="spellEnd"/>
      <w:r w:rsidRPr="00003126">
        <w:t xml:space="preserve">. Brak </w:t>
      </w:r>
      <w:proofErr w:type="spellStart"/>
      <w:r w:rsidRPr="00003126">
        <w:t>zgody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promocyjne</w:t>
      </w:r>
      <w:proofErr w:type="spellEnd"/>
      <w:r w:rsidRPr="00003126">
        <w:t xml:space="preserve"> </w:t>
      </w:r>
      <w:proofErr w:type="spellStart"/>
      <w:r w:rsidRPr="00003126">
        <w:t>wykorzystanie</w:t>
      </w:r>
      <w:proofErr w:type="spellEnd"/>
      <w:r w:rsidRPr="00003126">
        <w:t xml:space="preserve"> </w:t>
      </w:r>
      <w:proofErr w:type="spellStart"/>
      <w:r w:rsidRPr="00003126">
        <w:t>wizerunku</w:t>
      </w:r>
      <w:proofErr w:type="spellEnd"/>
      <w:r w:rsidRPr="00003126">
        <w:t xml:space="preserve"> </w:t>
      </w:r>
      <w:proofErr w:type="spellStart"/>
      <w:r w:rsidRPr="00003126">
        <w:t>nie</w:t>
      </w:r>
      <w:proofErr w:type="spellEnd"/>
      <w:r w:rsidRPr="00003126">
        <w:t xml:space="preserve"> </w:t>
      </w:r>
      <w:proofErr w:type="spellStart"/>
      <w:r w:rsidRPr="00003126">
        <w:t>wyklucza</w:t>
      </w:r>
      <w:proofErr w:type="spellEnd"/>
      <w:r w:rsidRPr="00003126">
        <w:t xml:space="preserve"> </w:t>
      </w:r>
      <w:proofErr w:type="spellStart"/>
      <w:r w:rsidRPr="00003126">
        <w:t>udziału</w:t>
      </w:r>
      <w:proofErr w:type="spellEnd"/>
      <w:r w:rsidRPr="00003126">
        <w:t xml:space="preserve">. Dane </w:t>
      </w:r>
      <w:proofErr w:type="spellStart"/>
      <w:r w:rsidRPr="00003126">
        <w:t>nie</w:t>
      </w:r>
      <w:proofErr w:type="spellEnd"/>
      <w:r w:rsidRPr="00003126">
        <w:t xml:space="preserve"> </w:t>
      </w:r>
      <w:proofErr w:type="spellStart"/>
      <w:r w:rsidRPr="00003126">
        <w:t>będą</w:t>
      </w:r>
      <w:proofErr w:type="spellEnd"/>
      <w:r w:rsidRPr="00003126">
        <w:t xml:space="preserve"> </w:t>
      </w:r>
      <w:proofErr w:type="spellStart"/>
      <w:r w:rsidRPr="00003126">
        <w:t>wykorzystywane</w:t>
      </w:r>
      <w:proofErr w:type="spellEnd"/>
      <w:r w:rsidRPr="00003126">
        <w:t xml:space="preserve"> do </w:t>
      </w:r>
      <w:proofErr w:type="spellStart"/>
      <w:r w:rsidRPr="00003126">
        <w:t>zautomatyzowanego</w:t>
      </w:r>
      <w:proofErr w:type="spellEnd"/>
      <w:r w:rsidRPr="00003126">
        <w:t xml:space="preserve"> </w:t>
      </w:r>
      <w:proofErr w:type="spellStart"/>
      <w:r w:rsidRPr="00003126">
        <w:t>podejmowania</w:t>
      </w:r>
      <w:proofErr w:type="spellEnd"/>
      <w:r w:rsidRPr="00003126">
        <w:t xml:space="preserve"> </w:t>
      </w:r>
      <w:proofErr w:type="spellStart"/>
      <w:r w:rsidRPr="00003126">
        <w:t>decyzji</w:t>
      </w:r>
      <w:proofErr w:type="spellEnd"/>
      <w:r w:rsidRPr="00003126">
        <w:t xml:space="preserve">, w </w:t>
      </w:r>
      <w:proofErr w:type="spellStart"/>
      <w:r w:rsidRPr="00003126">
        <w:t>tym</w:t>
      </w:r>
      <w:proofErr w:type="spellEnd"/>
      <w:r w:rsidRPr="00003126">
        <w:t xml:space="preserve"> </w:t>
      </w:r>
      <w:proofErr w:type="spellStart"/>
      <w:r w:rsidRPr="00003126">
        <w:t>profilowania</w:t>
      </w:r>
      <w:proofErr w:type="spellEnd"/>
      <w:r w:rsidRPr="00003126">
        <w:t>.</w:t>
      </w:r>
    </w:p>
    <w:p w14:paraId="2061D88A" w14:textId="77777777" w:rsidR="00003126" w:rsidRPr="00003126" w:rsidRDefault="00003126" w:rsidP="0000312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9.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Wizerunek</w:t>
      </w:r>
      <w:proofErr w:type="spellEnd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proofErr w:type="spellStart"/>
      <w:r w:rsidRPr="0000312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uczestników</w:t>
      </w:r>
      <w:proofErr w:type="spellEnd"/>
    </w:p>
    <w:p w14:paraId="64BCE5AC" w14:textId="77777777" w:rsidR="00003126" w:rsidRPr="00003126" w:rsidRDefault="00003126" w:rsidP="00003126">
      <w:proofErr w:type="spellStart"/>
      <w:r w:rsidRPr="00003126">
        <w:t>Podczas</w:t>
      </w:r>
      <w:proofErr w:type="spellEnd"/>
      <w:r w:rsidRPr="00003126">
        <w:t xml:space="preserve"> </w:t>
      </w:r>
      <w:proofErr w:type="spellStart"/>
      <w:r w:rsidRPr="00003126">
        <w:t>wydarzenia</w:t>
      </w:r>
      <w:proofErr w:type="spellEnd"/>
      <w:r w:rsidRPr="00003126">
        <w:t xml:space="preserve"> </w:t>
      </w:r>
      <w:proofErr w:type="spellStart"/>
      <w:r w:rsidRPr="00003126">
        <w:t>mogą</w:t>
      </w:r>
      <w:proofErr w:type="spellEnd"/>
      <w:r w:rsidRPr="00003126">
        <w:t xml:space="preserve"> </w:t>
      </w:r>
      <w:proofErr w:type="spellStart"/>
      <w:r w:rsidRPr="00003126">
        <w:t>być</w:t>
      </w:r>
      <w:proofErr w:type="spellEnd"/>
      <w:r w:rsidRPr="00003126">
        <w:t xml:space="preserve"> </w:t>
      </w:r>
      <w:proofErr w:type="spellStart"/>
      <w:r w:rsidRPr="00003126">
        <w:t>wykonywane</w:t>
      </w:r>
      <w:proofErr w:type="spellEnd"/>
      <w:r w:rsidRPr="00003126">
        <w:t xml:space="preserve"> </w:t>
      </w:r>
      <w:proofErr w:type="spellStart"/>
      <w:r w:rsidRPr="00003126">
        <w:t>fotografie</w:t>
      </w:r>
      <w:proofErr w:type="spellEnd"/>
      <w:r w:rsidRPr="00003126">
        <w:t xml:space="preserve"> </w:t>
      </w:r>
      <w:proofErr w:type="spellStart"/>
      <w:r w:rsidRPr="00003126">
        <w:t>i</w:t>
      </w:r>
      <w:proofErr w:type="spellEnd"/>
      <w:r w:rsidRPr="00003126">
        <w:t xml:space="preserve"> </w:t>
      </w:r>
      <w:proofErr w:type="spellStart"/>
      <w:r w:rsidRPr="00003126">
        <w:t>nagrania</w:t>
      </w:r>
      <w:proofErr w:type="spellEnd"/>
      <w:r w:rsidRPr="00003126">
        <w:t xml:space="preserve">. </w:t>
      </w:r>
      <w:proofErr w:type="spellStart"/>
      <w:r w:rsidRPr="00003126">
        <w:t>Publikacja</w:t>
      </w:r>
      <w:proofErr w:type="spellEnd"/>
      <w:r w:rsidRPr="00003126">
        <w:t xml:space="preserve"> </w:t>
      </w:r>
      <w:proofErr w:type="spellStart"/>
      <w:r w:rsidRPr="00003126">
        <w:t>wizerunku</w:t>
      </w:r>
      <w:proofErr w:type="spellEnd"/>
      <w:r w:rsidRPr="00003126">
        <w:t xml:space="preserve"> w </w:t>
      </w:r>
      <w:proofErr w:type="spellStart"/>
      <w:r w:rsidRPr="00003126">
        <w:t>materiałach</w:t>
      </w:r>
      <w:proofErr w:type="spellEnd"/>
      <w:r w:rsidRPr="00003126">
        <w:t xml:space="preserve"> </w:t>
      </w:r>
      <w:proofErr w:type="spellStart"/>
      <w:r w:rsidRPr="00003126">
        <w:t>promocyjnych</w:t>
      </w:r>
      <w:proofErr w:type="spellEnd"/>
      <w:r w:rsidRPr="00003126">
        <w:t xml:space="preserve">, </w:t>
      </w:r>
      <w:proofErr w:type="spellStart"/>
      <w:r w:rsidRPr="00003126">
        <w:t>gdy</w:t>
      </w:r>
      <w:proofErr w:type="spellEnd"/>
      <w:r w:rsidRPr="00003126">
        <w:t xml:space="preserve"> </w:t>
      </w:r>
      <w:proofErr w:type="spellStart"/>
      <w:r w:rsidRPr="00003126">
        <w:t>wymaga</w:t>
      </w:r>
      <w:proofErr w:type="spellEnd"/>
      <w:r w:rsidRPr="00003126">
        <w:t xml:space="preserve"> </w:t>
      </w:r>
      <w:proofErr w:type="spellStart"/>
      <w:r w:rsidRPr="00003126">
        <w:t>zgody</w:t>
      </w:r>
      <w:proofErr w:type="spellEnd"/>
      <w:r w:rsidRPr="00003126">
        <w:t xml:space="preserve">, </w:t>
      </w:r>
      <w:proofErr w:type="spellStart"/>
      <w:r w:rsidRPr="00003126">
        <w:t>następuje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podstawie</w:t>
      </w:r>
      <w:proofErr w:type="spellEnd"/>
      <w:r w:rsidRPr="00003126">
        <w:t xml:space="preserve"> </w:t>
      </w:r>
      <w:proofErr w:type="spellStart"/>
      <w:r w:rsidRPr="00003126">
        <w:t>osobnego</w:t>
      </w:r>
      <w:proofErr w:type="spellEnd"/>
      <w:r w:rsidRPr="00003126">
        <w:t xml:space="preserve">, </w:t>
      </w:r>
      <w:proofErr w:type="spellStart"/>
      <w:r w:rsidRPr="00003126">
        <w:t>dobrowolnego</w:t>
      </w:r>
      <w:proofErr w:type="spellEnd"/>
      <w:r w:rsidRPr="00003126">
        <w:t xml:space="preserve"> </w:t>
      </w:r>
      <w:proofErr w:type="spellStart"/>
      <w:r w:rsidRPr="00003126">
        <w:t>oświadczenia</w:t>
      </w:r>
      <w:proofErr w:type="spellEnd"/>
      <w:r w:rsidRPr="00003126">
        <w:t xml:space="preserve"> </w:t>
      </w:r>
      <w:proofErr w:type="spellStart"/>
      <w:r w:rsidRPr="00003126">
        <w:t>uczestnika</w:t>
      </w:r>
      <w:proofErr w:type="spellEnd"/>
      <w:r w:rsidRPr="00003126">
        <w:t xml:space="preserve"> </w:t>
      </w:r>
      <w:proofErr w:type="spellStart"/>
      <w:r w:rsidRPr="00003126">
        <w:t>albo</w:t>
      </w:r>
      <w:proofErr w:type="spellEnd"/>
      <w:r w:rsidRPr="00003126">
        <w:t xml:space="preserve"> </w:t>
      </w:r>
      <w:proofErr w:type="spellStart"/>
      <w:r w:rsidRPr="00003126">
        <w:t>rodzica</w:t>
      </w:r>
      <w:proofErr w:type="spellEnd"/>
      <w:r w:rsidRPr="00003126">
        <w:t>/</w:t>
      </w:r>
      <w:proofErr w:type="spellStart"/>
      <w:r w:rsidRPr="00003126">
        <w:t>opiekuna</w:t>
      </w:r>
      <w:proofErr w:type="spellEnd"/>
      <w:r w:rsidRPr="00003126">
        <w:t xml:space="preserve"> </w:t>
      </w:r>
      <w:proofErr w:type="spellStart"/>
      <w:r w:rsidRPr="00003126">
        <w:t>prawnego</w:t>
      </w:r>
      <w:proofErr w:type="spellEnd"/>
      <w:r w:rsidRPr="00003126">
        <w:t xml:space="preserve">. </w:t>
      </w:r>
      <w:proofErr w:type="spellStart"/>
      <w:r w:rsidRPr="00003126">
        <w:t>Odmowa</w:t>
      </w:r>
      <w:proofErr w:type="spellEnd"/>
      <w:r w:rsidRPr="00003126">
        <w:t xml:space="preserve"> </w:t>
      </w:r>
      <w:proofErr w:type="spellStart"/>
      <w:r w:rsidRPr="00003126">
        <w:t>zgody</w:t>
      </w:r>
      <w:proofErr w:type="spellEnd"/>
      <w:r w:rsidRPr="00003126">
        <w:t xml:space="preserve"> </w:t>
      </w:r>
      <w:proofErr w:type="spellStart"/>
      <w:r w:rsidRPr="00003126">
        <w:t>nie</w:t>
      </w:r>
      <w:proofErr w:type="spellEnd"/>
      <w:r w:rsidRPr="00003126">
        <w:t xml:space="preserve"> </w:t>
      </w:r>
      <w:proofErr w:type="spellStart"/>
      <w:r w:rsidRPr="00003126">
        <w:t>wpływa</w:t>
      </w:r>
      <w:proofErr w:type="spellEnd"/>
      <w:r w:rsidRPr="00003126">
        <w:t xml:space="preserve"> </w:t>
      </w:r>
      <w:proofErr w:type="spellStart"/>
      <w:r w:rsidRPr="00003126">
        <w:t>na</w:t>
      </w:r>
      <w:proofErr w:type="spellEnd"/>
      <w:r w:rsidRPr="00003126">
        <w:t xml:space="preserve"> </w:t>
      </w:r>
      <w:proofErr w:type="spellStart"/>
      <w:r w:rsidRPr="00003126">
        <w:t>możliwość</w:t>
      </w:r>
      <w:proofErr w:type="spellEnd"/>
      <w:r w:rsidRPr="00003126">
        <w:t xml:space="preserve"> </w:t>
      </w:r>
      <w:proofErr w:type="spellStart"/>
      <w:r w:rsidRPr="00003126">
        <w:t>udziału</w:t>
      </w:r>
      <w:proofErr w:type="spellEnd"/>
      <w:r w:rsidRPr="00003126">
        <w:t xml:space="preserve"> w </w:t>
      </w:r>
      <w:proofErr w:type="spellStart"/>
      <w:r w:rsidRPr="00003126">
        <w:t>zawodach</w:t>
      </w:r>
      <w:proofErr w:type="spellEnd"/>
      <w:r w:rsidRPr="00003126">
        <w:t>.</w:t>
      </w:r>
    </w:p>
    <w:p w14:paraId="5DD504CF" w14:textId="0BEB3C94" w:rsidR="0003362B" w:rsidRDefault="0003362B" w:rsidP="00003126">
      <w:pPr>
        <w:pStyle w:val="Tytu"/>
      </w:pPr>
    </w:p>
    <w:sectPr w:rsidR="0003362B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2637835">
    <w:abstractNumId w:val="8"/>
  </w:num>
  <w:num w:numId="2" w16cid:durableId="1032413478">
    <w:abstractNumId w:val="6"/>
  </w:num>
  <w:num w:numId="3" w16cid:durableId="1883860779">
    <w:abstractNumId w:val="5"/>
  </w:num>
  <w:num w:numId="4" w16cid:durableId="211963330">
    <w:abstractNumId w:val="4"/>
  </w:num>
  <w:num w:numId="5" w16cid:durableId="571160183">
    <w:abstractNumId w:val="7"/>
  </w:num>
  <w:num w:numId="6" w16cid:durableId="1337608177">
    <w:abstractNumId w:val="3"/>
  </w:num>
  <w:num w:numId="7" w16cid:durableId="137387173">
    <w:abstractNumId w:val="2"/>
  </w:num>
  <w:num w:numId="8" w16cid:durableId="1034617603">
    <w:abstractNumId w:val="1"/>
  </w:num>
  <w:num w:numId="9" w16cid:durableId="26103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26"/>
    <w:rsid w:val="0003362B"/>
    <w:rsid w:val="00034616"/>
    <w:rsid w:val="0006063C"/>
    <w:rsid w:val="0015074B"/>
    <w:rsid w:val="0029639D"/>
    <w:rsid w:val="00326F90"/>
    <w:rsid w:val="00A5457C"/>
    <w:rsid w:val="00AA1D8D"/>
    <w:rsid w:val="00B47730"/>
    <w:rsid w:val="00CB0664"/>
    <w:rsid w:val="00F54F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ACA1F7"/>
  <w14:defaultImageDpi w14:val="300"/>
  <w15:docId w15:val="{55B89D4F-857F-43D7-BBA8-89AFF673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A5457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4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1038</Words>
  <Characters>6232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MOSiR ORKA Sochaczew</cp:lastModifiedBy>
  <cp:revision>2</cp:revision>
  <dcterms:created xsi:type="dcterms:W3CDTF">2026-10-16T10:38:00Z</dcterms:created>
  <dcterms:modified xsi:type="dcterms:W3CDTF">2026-10-16T10:38:00Z</dcterms:modified>
  <cp:category/>
</cp:coreProperties>
</file>